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202500114959002278</w:t>
      </w:r>
    </w:p>
    <w:p>
      <w:r>
        <w:rPr>
          <w:b/>
        </w:rPr>
        <w:t xml:space="preserve">УФАС: </w:t>
      </w:r>
      <w:r>
        <w:t>УФАС по Санкт-Петербургу</w:t>
      </w:r>
    </w:p>
    <w:p>
      <w:r>
        <w:rPr>
          <w:b/>
        </w:rPr>
        <w:t xml:space="preserve">Дата решения: </w:t>
      </w:r>
      <w:r>
        <w:t>13.03.2025</w:t>
      </w:r>
    </w:p>
    <w:p>
      <w:r>
        <w:rPr>
          <w:b/>
        </w:rPr>
        <w:t xml:space="preserve">Исход: </w:t>
      </w:r>
      <w:r>
        <w:t>обоснована</w:t>
      </w:r>
    </w:p>
    <w:p>
      <w:r>
        <w:rPr>
          <w:b/>
        </w:rPr>
        <w:t xml:space="preserve">Закупка №: </w:t>
      </w:r>
      <w:r>
        <w:t>0372200186925000052</w:t>
      </w:r>
    </w:p>
    <w:p>
      <w:r>
        <w:rPr>
          <w:b/>
        </w:rPr>
        <w:t xml:space="preserve">Заказчик: </w:t>
      </w:r>
      <w:r>
        <w:t>Санкт-Петербургское государственное бюджетное учреждение здравоохранения «Городской консультативно-диагностический центр № 1»</w:t>
      </w:r>
    </w:p>
    <w:p>
      <w:r>
        <w:rPr>
          <w:b/>
        </w:rPr>
        <w:t xml:space="preserve">Заявитель: </w:t>
      </w:r>
      <w:r>
        <w:t>ООО «Авизострой»</w:t>
      </w:r>
    </w:p>
    <w:p>
      <w:r>
        <w:rPr>
          <w:b/>
        </w:rPr>
        <w:t xml:space="preserve">Первоисточник в ЕИС: </w:t>
      </w:r>
      <w:r>
        <w:t>https://zakupki.gov.ru/epz/complaint/card/complaint-information.html?complaintNumber=202500114959002278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«Городской консультативно-диагностический центр № 1»</w:t>
              <w:br/>
              <w:t>ул. Сикейроса, д. 10, лит. А,</w:t>
              <w:br/>
              <w:t>Санкт-Петербург, 194354</w:t>
              <w:br/>
              <w:t>АО «РАД»</w:t>
              <w:br/>
              <w:t>Гривцова пер., д. 5, лит. В,</w:t>
              <w:br/>
              <w:t>Санкт-Петербург, 190000</w:t>
              <w:br/>
              <w:t>факс: (812) 777-57-57</w:t>
              <w:br/>
              <w:t>ООО «АвизоСтрой»</w:t>
              <w:br/>
              <w:t>пр. Королева, д. 7, лит. А, пом. 137Н,</w:t>
              <w:br/>
              <w:t>Санкт-Петербург, 197341</w:t>
            </w:r>
          </w:p>
        </w:tc>
      </w:tr>
    </w:tbl>
    <w:p>
      <w:r>
        <w:t>РЕШЕНИЕ</w:t>
      </w:r>
    </w:p>
    <w:p>
      <w:r>
        <w:t>по делу № 44-462/25 о нарушении законодательства о контрактной системе</w:t>
      </w:r>
    </w:p>
    <w:p>
      <w:r>
        <w:t>17.03.2025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ГБУЗ «Городской консультативно-диагностический центр № 1» (далее – Заказчик):</w:t>
      </w:r>
    </w:p>
    <w:p>
      <w:r>
        <w:t>ООО «АвизоСтрой» (далее – Заявитель):</w:t>
      </w:r>
    </w:p>
    <w:p>
      <w:pPr>
        <w:pStyle w:val="Heading2"/>
      </w:pPr>
      <w:r>
        <w:t>описательная часть</w:t>
      </w:r>
    </w:p>
    <w:p>
      <w:r>
        <w:t>рассмотрев посредством системы видеоконференцсвязи жалобу Заявителя (вх. № 5043/25 от 07.03.2025) на действия комиссии Заказчика при определении исполнителя путем проведения открытого конкурса в электронной форме на выполнение работ по ремонту помещений на 3м этаже в здании СПб ГБУЗ «ГКДЦ № 1» по адресу: СПб, ул. Сикейроса,д.10, лит. А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10.02.2025 на Официальном сайте Единой информационной системы в сфере закупок www.zakupki.gov.ru, номер извещения 0372200186925000052. Начальная (максимальная) цена контракта – 12 901 485, 11 рублей.</w:t>
      </w:r>
    </w:p>
    <w:p>
      <w:r>
        <w:t>В жалобе Заявитель указывает на неправомерные действия комиссии Заказчика, выразившиеся, по мнению подателя жалобы, в нарушении порядка оценки заявок на участие в конкурсе по нестоимостному критерию.</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заседания Комиссии УФАС, состоявшегося 13.03.2025, установлено, что для всестороннего и объективного рассмотрения доводов жалобы необходимо получить дополнительные пояснения Заказчика, Заявителя, в связи с чем был объявлен перерыв до 17.03.2025. Заседание возобновлено с момента перерыва, после чего были рассмотрены представленные возражения Заказчика, Заявителя и проведен анализ фактических обстоятельств дела.</w:t>
      </w:r>
    </w:p>
    <w:p>
      <w:r>
        <w:t>Информация, изложенная в жалобе, пояснения представителей сторон, представленные документы подтверждают следующие обстоятельства.</w:t>
      </w:r>
    </w:p>
    <w:p>
      <w:r>
        <w:t>В силу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14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t>Согласно протоколу подведения итогов определения поставщика (подрядчика, исполнителя) от 03.03.2025 №ИЭОК1, предложения участников закупки по критерию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были оценены следующим образом:</w:t>
      </w:r>
    </w:p>
    <w:tbl>
      <w:tblPr>
        <w:tblStyle w:val="TableGrid"/>
        <w:tblW w:type="auto" w:w="0"/>
        <w:tblLook w:firstColumn="1" w:firstRow="1" w:lastColumn="0" w:lastRow="0" w:noHBand="0" w:noVBand="1" w:val="04A0"/>
      </w:tblPr>
      <w:tblGrid>
        <w:gridCol w:w="2880"/>
        <w:gridCol w:w="2880"/>
        <w:gridCol w:w="2880"/>
      </w:tblGrid>
      <w:tr>
        <w:tc>
          <w:tcPr>
            <w:tcW w:type="dxa" w:w="2880"/>
          </w:tcPr>
          <w:p>
            <w:r>
              <w:t>Номер заявки/ИНЗ: 1 (K-248908)</w:t>
            </w:r>
          </w:p>
        </w:tc>
        <w:tc>
          <w:tcPr>
            <w:tcW w:type="dxa" w:w="2880"/>
          </w:tcPr>
          <w:p/>
        </w:tc>
        <w:tc>
          <w:tcPr>
            <w:tcW w:type="dxa" w:w="2880"/>
          </w:tcPr>
          <w:p/>
        </w:tc>
      </w:tr>
      <w:tr>
        <w:tc>
          <w:tcPr>
            <w:tcW w:type="dxa" w:w="2880"/>
          </w:tcPr>
          <w:p>
            <w:r>
              <w:t>Предложение участника</w:t>
            </w:r>
          </w:p>
        </w:tc>
        <w:tc>
          <w:tcPr>
            <w:tcW w:type="dxa" w:w="2880"/>
          </w:tcPr>
          <w:p>
            <w:r>
              <w:t>Ф.И.О. члена конкурсной комиссии</w:t>
            </w:r>
          </w:p>
        </w:tc>
        <w:tc>
          <w:tcPr>
            <w:tcW w:type="dxa" w:w="2880"/>
          </w:tcPr>
          <w:p>
            <w:r>
              <w:t>Баллы по критерию (показателю), установленному в извещении об осуществлении закупки (без учета значимости / с учетом значимости)</w:t>
            </w:r>
          </w:p>
        </w:tc>
      </w:tr>
      <w:tr>
        <w:tc>
          <w:tcPr>
            <w:tcW w:type="dxa" w:w="2880"/>
          </w:tcPr>
          <w:p>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2880"/>
          </w:tcPr>
          <w:p/>
        </w:tc>
        <w:tc>
          <w:tcPr>
            <w:tcW w:type="dxa" w:w="2880"/>
          </w:tcPr>
          <w:p/>
        </w:tc>
      </w:tr>
      <w:tr>
        <w:tc>
          <w:tcPr>
            <w:tcW w:type="dxa" w:w="2880"/>
          </w:tcPr>
          <w:p>
            <w:r>
              <w:t>Наличие у участников закупки опыта поставки товара, выполнения работы, оказания услуги, связанного с предметом контракта</w:t>
            </w:r>
          </w:p>
        </w:tc>
        <w:tc>
          <w:tcPr>
            <w:tcW w:type="dxa" w:w="2880"/>
          </w:tcPr>
          <w:p/>
        </w:tc>
        <w:tc>
          <w:tcPr>
            <w:tcW w:type="dxa" w:w="2880"/>
          </w:tcPr>
          <w:p/>
        </w:tc>
      </w:tr>
      <w:tr>
        <w:tc>
          <w:tcPr>
            <w:tcW w:type="dxa" w:w="2880"/>
          </w:tcPr>
          <w:p>
            <w:r>
              <w:t>Общая цена исполненных участником закупки договоров = 561795791.02</w:t>
            </w:r>
          </w:p>
        </w:tc>
        <w:tc>
          <w:tcPr>
            <w:tcW w:type="dxa" w:w="2880"/>
          </w:tcPr>
          <w:p>
            <w:r>
              <w:t>Ашнин Данила Дмитриевич</w:t>
            </w:r>
          </w:p>
        </w:tc>
        <w:tc>
          <w:tcPr>
            <w:tcW w:type="dxa" w:w="2880"/>
          </w:tcPr>
          <w:p>
            <w:r>
              <w:t>100.00/40.00</w:t>
            </w:r>
          </w:p>
        </w:tc>
      </w:tr>
      <w:tr>
        <w:tc>
          <w:tcPr>
            <w:tcW w:type="dxa" w:w="2880"/>
          </w:tcPr>
          <w:p>
            <w:r/>
          </w:p>
        </w:tc>
        <w:tc>
          <w:tcPr>
            <w:tcW w:type="dxa" w:w="2880"/>
          </w:tcPr>
          <w:p>
            <w:r>
              <w:t>Общая цена исполненных участником закупки договоров = 561795791.02</w:t>
              <w:br/>
              <w:t>Аристов Анатолий Германович</w:t>
            </w:r>
          </w:p>
        </w:tc>
        <w:tc>
          <w:tcPr>
            <w:tcW w:type="dxa" w:w="2880"/>
          </w:tcPr>
          <w:p>
            <w:r>
              <w:t>100.00/40.00</w:t>
            </w:r>
          </w:p>
        </w:tc>
      </w:tr>
      <w:tr>
        <w:tc>
          <w:tcPr>
            <w:tcW w:type="dxa" w:w="2880"/>
          </w:tcPr>
          <w:p>
            <w:r/>
          </w:p>
        </w:tc>
        <w:tc>
          <w:tcPr>
            <w:tcW w:type="dxa" w:w="2880"/>
          </w:tcPr>
          <w:p>
            <w:r>
              <w:t>Общая цена исполненных участником закупки договоров = 561795791.02</w:t>
              <w:br/>
              <w:t>Маршев Евгений Александрович</w:t>
            </w:r>
          </w:p>
        </w:tc>
        <w:tc>
          <w:tcPr>
            <w:tcW w:type="dxa" w:w="2880"/>
          </w:tcPr>
          <w:p>
            <w:r>
              <w:t>100.00/40.00</w:t>
            </w:r>
          </w:p>
        </w:tc>
      </w:tr>
      <w:tr>
        <w:tc>
          <w:tcPr>
            <w:tcW w:type="dxa" w:w="2880"/>
          </w:tcPr>
          <w:p>
            <w:r/>
          </w:p>
        </w:tc>
        <w:tc>
          <w:tcPr>
            <w:tcW w:type="dxa" w:w="2880"/>
          </w:tcPr>
          <w:p>
            <w:r>
              <w:t>Общая цена исполненных участником закупки договоров = 561795791.02</w:t>
              <w:br/>
              <w:t>Мартыненкова Татьяна Ивановна</w:t>
            </w:r>
          </w:p>
        </w:tc>
        <w:tc>
          <w:tcPr>
            <w:tcW w:type="dxa" w:w="2880"/>
          </w:tcPr>
          <w:p>
            <w:r>
              <w:t>100.00/40.00</w:t>
            </w:r>
          </w:p>
        </w:tc>
      </w:tr>
      <w:tr>
        <w:tc>
          <w:tcPr>
            <w:tcW w:type="dxa" w:w="2880"/>
          </w:tcPr>
          <w:p>
            <w:r/>
          </w:p>
        </w:tc>
        <w:tc>
          <w:tcPr>
            <w:tcW w:type="dxa" w:w="2880"/>
          </w:tcPr>
          <w:p>
            <w:r>
              <w:t>Общая цена исполненных участником закупки договоров = 561795791.02</w:t>
              <w:br/>
              <w:t>ПЯТТОЕВА ИРИНА АЛЕКСАНДРОВНА</w:t>
            </w:r>
          </w:p>
        </w:tc>
        <w:tc>
          <w:tcPr>
            <w:tcW w:type="dxa" w:w="2880"/>
          </w:tcPr>
          <w:p>
            <w:r>
              <w:t>100.00/40.00</w:t>
            </w:r>
          </w:p>
        </w:tc>
      </w:tr>
      <w:tr>
        <w:tc>
          <w:tcPr>
            <w:tcW w:type="dxa" w:w="2880"/>
          </w:tcPr>
          <w:p>
            <w:r/>
          </w:p>
        </w:tc>
        <w:tc>
          <w:tcPr>
            <w:tcW w:type="dxa" w:w="2880"/>
          </w:tcPr>
          <w:p>
            <w:r>
              <w:t>Общая цена исполненных участником закупки договоров = 561795791.02</w:t>
              <w:br/>
              <w:t>Бидерман Геннадий Феликсович</w:t>
            </w:r>
          </w:p>
        </w:tc>
        <w:tc>
          <w:tcPr>
            <w:tcW w:type="dxa" w:w="2880"/>
          </w:tcPr>
          <w:p>
            <w:r>
              <w:t>100.00/40.00</w:t>
            </w:r>
          </w:p>
        </w:tc>
      </w:tr>
      <w:tr>
        <w:tc>
          <w:tcPr>
            <w:tcW w:type="dxa" w:w="2880"/>
          </w:tcPr>
          <w:p>
            <w:r/>
          </w:p>
        </w:tc>
        <w:tc>
          <w:tcPr>
            <w:tcW w:type="dxa" w:w="2880"/>
          </w:tcPr>
          <w:p>
            <w:r>
              <w:t>Общая цена исполненных участником закупки договоров = 561795791.02</w:t>
              <w:br/>
              <w:t>Максимец Любовь Александровна</w:t>
            </w:r>
          </w:p>
        </w:tc>
        <w:tc>
          <w:tcPr>
            <w:tcW w:type="dxa" w:w="2880"/>
          </w:tcPr>
          <w:p>
            <w:r>
              <w:t>100.00/40.00</w:t>
            </w:r>
          </w:p>
        </w:tc>
      </w:tr>
      <w:tr>
        <w:tc>
          <w:tcPr>
            <w:tcW w:type="dxa" w:w="2880"/>
          </w:tcPr>
          <w:p>
            <w:r/>
          </w:p>
        </w:tc>
        <w:tc>
          <w:tcPr>
            <w:tcW w:type="dxa" w:w="2880"/>
          </w:tcPr>
          <w:p>
            <w:r>
              <w:t>Общая цена исполненных участником закупки договоров = 561795791.02</w:t>
              <w:br/>
              <w:t>Холеменко Влада Вячеславовна</w:t>
            </w:r>
          </w:p>
        </w:tc>
        <w:tc>
          <w:tcPr>
            <w:tcW w:type="dxa" w:w="2880"/>
          </w:tcPr>
          <w:p>
            <w:r>
              <w:t>100.00/40.00</w:t>
            </w:r>
          </w:p>
        </w:tc>
      </w:tr>
      <w:tr>
        <w:tc>
          <w:tcPr>
            <w:tcW w:type="dxa" w:w="2880"/>
          </w:tcPr>
          <w:p>
            <w:r>
              <w:t>Итоговая оценка по критерию: 100.00/40.00 б.</w:t>
            </w:r>
          </w:p>
        </w:tc>
        <w:tc>
          <w:tcPr>
            <w:tcW w:type="dxa" w:w="2880"/>
          </w:tcP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Номер заявки/ИНЗ: 2 (K-249779)</w:t>
            </w:r>
          </w:p>
        </w:tc>
        <w:tc>
          <w:tcPr>
            <w:tcW w:type="dxa" w:w="2880"/>
          </w:tcPr>
          <w:p/>
        </w:tc>
        <w:tc>
          <w:tcPr>
            <w:tcW w:type="dxa" w:w="2880"/>
          </w:tcPr>
          <w:p/>
        </w:tc>
      </w:tr>
      <w:tr>
        <w:tc>
          <w:tcPr>
            <w:tcW w:type="dxa" w:w="2880"/>
          </w:tcPr>
          <w:p>
            <w:r>
              <w:t>Предложение участника</w:t>
            </w:r>
          </w:p>
        </w:tc>
        <w:tc>
          <w:tcPr>
            <w:tcW w:type="dxa" w:w="2880"/>
          </w:tcPr>
          <w:p>
            <w:r>
              <w:t>Ф.И.О. члена конкурсной комиссии</w:t>
            </w:r>
          </w:p>
        </w:tc>
        <w:tc>
          <w:tcPr>
            <w:tcW w:type="dxa" w:w="2880"/>
          </w:tcPr>
          <w:p>
            <w:r>
              <w:t>Баллы по критерию (показателю), установленному в извещении об осуществлении закупки (без учета значимости / с учетом значимости)</w:t>
            </w:r>
          </w:p>
        </w:tc>
      </w:tr>
      <w:tr>
        <w:tc>
          <w:tcPr>
            <w:tcW w:type="dxa" w:w="2880"/>
          </w:tcPr>
          <w:p>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2880"/>
          </w:tcPr>
          <w:p/>
        </w:tc>
        <w:tc>
          <w:tcPr>
            <w:tcW w:type="dxa" w:w="2880"/>
          </w:tcPr>
          <w:p/>
        </w:tc>
      </w:tr>
      <w:tr>
        <w:tc>
          <w:tcPr>
            <w:tcW w:type="dxa" w:w="2880"/>
          </w:tcPr>
          <w:p>
            <w:r>
              <w:t>Наличие у участников закупки опыта поставки товара, выполнения работы, оказания услуги, связанного с предметом контракта</w:t>
            </w:r>
          </w:p>
        </w:tc>
        <w:tc>
          <w:tcPr>
            <w:tcW w:type="dxa" w:w="2880"/>
          </w:tcPr>
          <w:p/>
        </w:tc>
        <w:tc>
          <w:tcPr>
            <w:tcW w:type="dxa" w:w="2880"/>
          </w:tcPr>
          <w:p/>
        </w:tc>
      </w:tr>
      <w:tr>
        <w:tc>
          <w:tcPr>
            <w:tcW w:type="dxa" w:w="2880"/>
          </w:tcPr>
          <w:p>
            <w:r>
              <w:t>Общая цена исполненных участником закупки договоров</w:t>
            </w:r>
          </w:p>
        </w:tc>
        <w:tc>
          <w:tcPr>
            <w:tcW w:type="dxa" w:w="2880"/>
          </w:tcPr>
          <w:p>
            <w:r>
              <w:t>Ашнин Данила Дмитриевич</w:t>
            </w:r>
          </w:p>
        </w:tc>
        <w:tc>
          <w:tcPr>
            <w:tcW w:type="dxa" w:w="2880"/>
          </w:tcPr>
          <w:p>
            <w:r>
              <w:t>13.97/5.59</w:t>
            </w:r>
          </w:p>
        </w:tc>
      </w:tr>
      <w:tr>
        <w:tc>
          <w:tcPr>
            <w:tcW w:type="dxa" w:w="2880"/>
          </w:tcPr>
          <w:p>
            <w:r/>
          </w:p>
        </w:tc>
        <w:tc>
          <w:tcPr>
            <w:tcW w:type="dxa" w:w="2880"/>
          </w:tcPr>
          <w:p>
            <w:r>
              <w:t>Общая цена исполненных участником закупки договоров</w:t>
              <w:br/>
              <w:t>Аристов Анатолий Германович</w:t>
            </w:r>
          </w:p>
        </w:tc>
        <w:tc>
          <w:tcPr>
            <w:tcW w:type="dxa" w:w="2880"/>
          </w:tcPr>
          <w:p>
            <w:r>
              <w:t>13.97/5.59</w:t>
            </w:r>
          </w:p>
        </w:tc>
      </w:tr>
      <w:tr>
        <w:tc>
          <w:tcPr>
            <w:tcW w:type="dxa" w:w="2880"/>
          </w:tcPr>
          <w:p>
            <w:r/>
          </w:p>
        </w:tc>
        <w:tc>
          <w:tcPr>
            <w:tcW w:type="dxa" w:w="2880"/>
          </w:tcPr>
          <w:p>
            <w:r>
              <w:t>Общая цена исполненных участником закупки договоров</w:t>
              <w:br/>
              <w:t>Маршев Евгений Александрович</w:t>
            </w:r>
          </w:p>
        </w:tc>
        <w:tc>
          <w:tcPr>
            <w:tcW w:type="dxa" w:w="2880"/>
          </w:tcPr>
          <w:p>
            <w:r>
              <w:t>13.97/5.59</w:t>
            </w:r>
          </w:p>
        </w:tc>
      </w:tr>
      <w:tr>
        <w:tc>
          <w:tcPr>
            <w:tcW w:type="dxa" w:w="2880"/>
          </w:tcPr>
          <w:p>
            <w:r/>
          </w:p>
        </w:tc>
        <w:tc>
          <w:tcPr>
            <w:tcW w:type="dxa" w:w="2880"/>
          </w:tcPr>
          <w:p>
            <w:r>
              <w:t>Общая цена исполненных участником закупки договоров</w:t>
              <w:br/>
              <w:t>Мартыненкова Татьяна Ивановна</w:t>
            </w:r>
          </w:p>
        </w:tc>
        <w:tc>
          <w:tcPr>
            <w:tcW w:type="dxa" w:w="2880"/>
          </w:tcPr>
          <w:p>
            <w:r>
              <w:t>13.97/5.59</w:t>
            </w:r>
          </w:p>
        </w:tc>
      </w:tr>
      <w:tr>
        <w:tc>
          <w:tcPr>
            <w:tcW w:type="dxa" w:w="2880"/>
          </w:tcPr>
          <w:p>
            <w:r/>
          </w:p>
        </w:tc>
        <w:tc>
          <w:tcPr>
            <w:tcW w:type="dxa" w:w="2880"/>
          </w:tcPr>
          <w:p>
            <w:r>
              <w:t>Общая цена исполненных участником закупки договоров</w:t>
              <w:br/>
              <w:t>ПЯТТОЕВА ИРИНА АЛЕКСАНДРОВНА</w:t>
            </w:r>
          </w:p>
        </w:tc>
        <w:tc>
          <w:tcPr>
            <w:tcW w:type="dxa" w:w="2880"/>
          </w:tcPr>
          <w:p>
            <w:r>
              <w:t>13.97/5.59</w:t>
            </w:r>
          </w:p>
        </w:tc>
      </w:tr>
      <w:tr>
        <w:tc>
          <w:tcPr>
            <w:tcW w:type="dxa" w:w="2880"/>
          </w:tcPr>
          <w:p>
            <w:r/>
          </w:p>
        </w:tc>
        <w:tc>
          <w:tcPr>
            <w:tcW w:type="dxa" w:w="2880"/>
          </w:tcPr>
          <w:p>
            <w:r>
              <w:t>Общая цена исполненных участником закупки договоров</w:t>
              <w:br/>
              <w:t>Бидерман Геннадий Феликсович</w:t>
            </w:r>
          </w:p>
        </w:tc>
        <w:tc>
          <w:tcPr>
            <w:tcW w:type="dxa" w:w="2880"/>
          </w:tcPr>
          <w:p>
            <w:r>
              <w:t>13.97/5.59</w:t>
            </w:r>
          </w:p>
        </w:tc>
      </w:tr>
      <w:tr>
        <w:tc>
          <w:tcPr>
            <w:tcW w:type="dxa" w:w="2880"/>
          </w:tcPr>
          <w:p>
            <w:r/>
          </w:p>
        </w:tc>
        <w:tc>
          <w:tcPr>
            <w:tcW w:type="dxa" w:w="2880"/>
          </w:tcPr>
          <w:p>
            <w:r>
              <w:t>Общая цена исполненных участником закупки договоров</w:t>
              <w:br/>
              <w:t>Максимец Любовь Александровна</w:t>
            </w:r>
          </w:p>
        </w:tc>
        <w:tc>
          <w:tcPr>
            <w:tcW w:type="dxa" w:w="2880"/>
          </w:tcPr>
          <w:p>
            <w:r>
              <w:t>13.97/5.59</w:t>
            </w:r>
          </w:p>
        </w:tc>
      </w:tr>
      <w:tr>
        <w:tc>
          <w:tcPr>
            <w:tcW w:type="dxa" w:w="2880"/>
          </w:tcPr>
          <w:p>
            <w:r/>
          </w:p>
        </w:tc>
        <w:tc>
          <w:tcPr>
            <w:tcW w:type="dxa" w:w="2880"/>
          </w:tcPr>
          <w:p>
            <w:r>
              <w:t>Общая цена исполненных участником закупки договоров</w:t>
              <w:br/>
              <w:t>Холеменко Влада Вячеславовна</w:t>
            </w:r>
          </w:p>
        </w:tc>
        <w:tc>
          <w:tcPr>
            <w:tcW w:type="dxa" w:w="2880"/>
          </w:tcPr>
          <w:p>
            <w:r>
              <w:t>13.97/5.59</w:t>
            </w:r>
          </w:p>
        </w:tc>
      </w:tr>
      <w:tr>
        <w:tc>
          <w:tcPr>
            <w:tcW w:type="dxa" w:w="2880"/>
          </w:tcPr>
          <w:p>
            <w:r>
              <w:t>Итоговая оценка по критерию: 13.97/5.59 б.</w:t>
            </w:r>
          </w:p>
        </w:tc>
        <w:tc>
          <w:tcPr>
            <w:tcW w:type="dxa" w:w="2880"/>
          </w:tcP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Номер заявки/ИНЗ: 3 (K-249895)</w:t>
            </w:r>
          </w:p>
        </w:tc>
        <w:tc>
          <w:tcPr>
            <w:tcW w:type="dxa" w:w="2880"/>
          </w:tcPr>
          <w:p/>
        </w:tc>
        <w:tc>
          <w:tcPr>
            <w:tcW w:type="dxa" w:w="2880"/>
          </w:tcPr>
          <w:p/>
        </w:tc>
      </w:tr>
      <w:tr>
        <w:tc>
          <w:tcPr>
            <w:tcW w:type="dxa" w:w="2880"/>
          </w:tcPr>
          <w:p>
            <w:r>
              <w:t>Предложение участника</w:t>
            </w:r>
          </w:p>
        </w:tc>
        <w:tc>
          <w:tcPr>
            <w:tcW w:type="dxa" w:w="2880"/>
          </w:tcPr>
          <w:p>
            <w:r>
              <w:t>Ф.И.О. члена конкурсной комиссии</w:t>
            </w:r>
          </w:p>
        </w:tc>
        <w:tc>
          <w:tcPr>
            <w:tcW w:type="dxa" w:w="2880"/>
          </w:tcPr>
          <w:p>
            <w:r>
              <w:t>Баллы по критерию (показателю), установленному в извещении об осуществлении закупки (без учета значимости / с учетом значимости)</w:t>
            </w:r>
          </w:p>
        </w:tc>
      </w:tr>
      <w:tr>
        <w:tc>
          <w:tcPr>
            <w:tcW w:type="dxa" w:w="2880"/>
          </w:tcPr>
          <w:p>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2880"/>
          </w:tcPr>
          <w:p/>
        </w:tc>
        <w:tc>
          <w:tcPr>
            <w:tcW w:type="dxa" w:w="2880"/>
          </w:tcPr>
          <w:p/>
        </w:tc>
      </w:tr>
      <w:tr>
        <w:tc>
          <w:tcPr>
            <w:tcW w:type="dxa" w:w="2880"/>
          </w:tcPr>
          <w:p>
            <w:r>
              <w:t>Наличие у участников закупки опыта поставки товара, выполнения работы, оказания услуги, связанного с предметом контракта</w:t>
            </w:r>
          </w:p>
        </w:tc>
        <w:tc>
          <w:tcPr>
            <w:tcW w:type="dxa" w:w="2880"/>
          </w:tcPr>
          <w:p/>
        </w:tc>
        <w:tc>
          <w:tcPr>
            <w:tcW w:type="dxa" w:w="2880"/>
          </w:tcPr>
          <w:p/>
        </w:tc>
      </w:tr>
      <w:tr>
        <w:tc>
          <w:tcPr>
            <w:tcW w:type="dxa" w:w="2880"/>
          </w:tcPr>
          <w:p>
            <w:r>
              <w:t>Общая цена исполненных участником закупки договоров = 27385851.57</w:t>
            </w:r>
          </w:p>
        </w:tc>
        <w:tc>
          <w:tcPr>
            <w:tcW w:type="dxa" w:w="2880"/>
          </w:tcPr>
          <w:p>
            <w:r>
              <w:t>Ашнин Данила Дмитриевич</w:t>
            </w:r>
          </w:p>
        </w:tc>
        <w:tc>
          <w:tcPr>
            <w:tcW w:type="dxa" w:w="2880"/>
          </w:tcPr>
          <w:p>
            <w:r>
              <w:t>0.00/0.00</w:t>
            </w:r>
          </w:p>
        </w:tc>
      </w:tr>
      <w:tr>
        <w:tc>
          <w:tcPr>
            <w:tcW w:type="dxa" w:w="2880"/>
          </w:tcPr>
          <w:p>
            <w:r/>
          </w:p>
        </w:tc>
        <w:tc>
          <w:tcPr>
            <w:tcW w:type="dxa" w:w="2880"/>
          </w:tcPr>
          <w:p>
            <w:r>
              <w:t>Общая цена исполненных участником закупки договоров = 27385851.57</w:t>
              <w:br/>
              <w:t>Аристов Анатолий Германович</w:t>
            </w:r>
          </w:p>
        </w:tc>
        <w:tc>
          <w:tcPr>
            <w:tcW w:type="dxa" w:w="2880"/>
          </w:tcPr>
          <w:p>
            <w:r>
              <w:t>0.00/0.00</w:t>
            </w:r>
          </w:p>
        </w:tc>
      </w:tr>
      <w:tr>
        <w:tc>
          <w:tcPr>
            <w:tcW w:type="dxa" w:w="2880"/>
          </w:tcPr>
          <w:p>
            <w:r/>
          </w:p>
        </w:tc>
        <w:tc>
          <w:tcPr>
            <w:tcW w:type="dxa" w:w="2880"/>
          </w:tcPr>
          <w:p>
            <w:r>
              <w:t>Общая цена исполненных участником закупки договоров = 27385851.57</w:t>
              <w:br/>
              <w:t>Маршев Евгений Александрович</w:t>
            </w:r>
          </w:p>
        </w:tc>
        <w:tc>
          <w:tcPr>
            <w:tcW w:type="dxa" w:w="2880"/>
          </w:tcPr>
          <w:p>
            <w:r>
              <w:t>0.00/0.00</w:t>
            </w:r>
          </w:p>
        </w:tc>
      </w:tr>
      <w:tr>
        <w:tc>
          <w:tcPr>
            <w:tcW w:type="dxa" w:w="2880"/>
          </w:tcPr>
          <w:p>
            <w:r/>
          </w:p>
        </w:tc>
        <w:tc>
          <w:tcPr>
            <w:tcW w:type="dxa" w:w="2880"/>
          </w:tcPr>
          <w:p>
            <w:r>
              <w:t>Общая цена исполненных участником закупки договоров = 27385851.57</w:t>
              <w:br/>
              <w:t>Мартыненкова Татьяна Ивановна</w:t>
            </w:r>
          </w:p>
        </w:tc>
        <w:tc>
          <w:tcPr>
            <w:tcW w:type="dxa" w:w="2880"/>
          </w:tcPr>
          <w:p>
            <w:r>
              <w:t>0.00/0.00</w:t>
            </w:r>
          </w:p>
        </w:tc>
      </w:tr>
      <w:tr>
        <w:tc>
          <w:tcPr>
            <w:tcW w:type="dxa" w:w="2880"/>
          </w:tcPr>
          <w:p>
            <w:r/>
          </w:p>
        </w:tc>
        <w:tc>
          <w:tcPr>
            <w:tcW w:type="dxa" w:w="2880"/>
          </w:tcPr>
          <w:p>
            <w:r>
              <w:t>Общая цена исполненных участником закупки договоров = 27385851.57</w:t>
              <w:br/>
              <w:t>ПЯТТОЕВА ИРИНА АЛЕКСАНДРОВНА</w:t>
            </w:r>
          </w:p>
        </w:tc>
        <w:tc>
          <w:tcPr>
            <w:tcW w:type="dxa" w:w="2880"/>
          </w:tcPr>
          <w:p>
            <w:r>
              <w:t>0.00/0.00</w:t>
            </w:r>
          </w:p>
        </w:tc>
      </w:tr>
      <w:tr>
        <w:tc>
          <w:tcPr>
            <w:tcW w:type="dxa" w:w="2880"/>
          </w:tcPr>
          <w:p>
            <w:r/>
          </w:p>
        </w:tc>
        <w:tc>
          <w:tcPr>
            <w:tcW w:type="dxa" w:w="2880"/>
          </w:tcPr>
          <w:p>
            <w:r>
              <w:t>Общая цена исполненных участником закупки договоров = 27385851.57</w:t>
              <w:br/>
              <w:t>Бидерман Геннадий Феликсович</w:t>
            </w:r>
          </w:p>
        </w:tc>
        <w:tc>
          <w:tcPr>
            <w:tcW w:type="dxa" w:w="2880"/>
          </w:tcPr>
          <w:p>
            <w:r>
              <w:t>0.00/0.00</w:t>
            </w:r>
          </w:p>
        </w:tc>
      </w:tr>
      <w:tr>
        <w:tc>
          <w:tcPr>
            <w:tcW w:type="dxa" w:w="2880"/>
          </w:tcPr>
          <w:p>
            <w:r/>
          </w:p>
        </w:tc>
        <w:tc>
          <w:tcPr>
            <w:tcW w:type="dxa" w:w="2880"/>
          </w:tcPr>
          <w:p>
            <w:r>
              <w:t>Общая цена исполненных участником закупки договоров = 27385851.57</w:t>
              <w:br/>
              <w:t>Максимец Любовь Александровна</w:t>
            </w:r>
          </w:p>
        </w:tc>
        <w:tc>
          <w:tcPr>
            <w:tcW w:type="dxa" w:w="2880"/>
          </w:tcPr>
          <w:p>
            <w:r>
              <w:t>0.00/0.00</w:t>
            </w:r>
          </w:p>
        </w:tc>
      </w:tr>
      <w:tr>
        <w:tc>
          <w:tcPr>
            <w:tcW w:type="dxa" w:w="2880"/>
          </w:tcPr>
          <w:p>
            <w:r/>
          </w:p>
        </w:tc>
        <w:tc>
          <w:tcPr>
            <w:tcW w:type="dxa" w:w="2880"/>
          </w:tcPr>
          <w:p>
            <w:r>
              <w:t>Общая цена исполненных участником закупки договоров = 27385851.57</w:t>
              <w:br/>
              <w:t>Холеменко Влада Вячеславовна</w:t>
            </w:r>
          </w:p>
        </w:tc>
        <w:tc>
          <w:tcPr>
            <w:tcW w:type="dxa" w:w="2880"/>
          </w:tcPr>
          <w:p>
            <w:r>
              <w:t>0.00/0.00</w:t>
            </w:r>
          </w:p>
        </w:tc>
      </w:tr>
      <w:tr>
        <w:tc>
          <w:tcPr>
            <w:tcW w:type="dxa" w:w="2880"/>
          </w:tcPr>
          <w:p>
            <w:r>
              <w:t>Итоговая оценка по критерию: 0.00/0.00 б.</w:t>
            </w:r>
          </w:p>
        </w:tc>
        <w:tc>
          <w:tcPr>
            <w:tcW w:type="dxa" w:w="2880"/>
          </w:tcP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Номер заявки/ИНЗ: 5 (K-250476)</w:t>
            </w:r>
          </w:p>
        </w:tc>
        <w:tc>
          <w:tcPr>
            <w:tcW w:type="dxa" w:w="2880"/>
          </w:tcPr>
          <w:p/>
        </w:tc>
        <w:tc>
          <w:tcPr>
            <w:tcW w:type="dxa" w:w="2880"/>
          </w:tcPr>
          <w:p/>
        </w:tc>
      </w:tr>
      <w:tr>
        <w:tc>
          <w:tcPr>
            <w:tcW w:type="dxa" w:w="2880"/>
          </w:tcPr>
          <w:p>
            <w:r>
              <w:t>Предложение участника</w:t>
            </w:r>
          </w:p>
        </w:tc>
        <w:tc>
          <w:tcPr>
            <w:tcW w:type="dxa" w:w="2880"/>
          </w:tcPr>
          <w:p>
            <w:r>
              <w:t>Ф.И.О. члена конкурсной комиссии</w:t>
            </w:r>
          </w:p>
        </w:tc>
        <w:tc>
          <w:tcPr>
            <w:tcW w:type="dxa" w:w="2880"/>
          </w:tcPr>
          <w:p>
            <w:r>
              <w:t>Баллы по критерию (показателю), установленному в извещении об осуществлении закупки (без учета значимости / с учетом значимости)</w:t>
            </w:r>
          </w:p>
        </w:tc>
      </w:tr>
      <w:tr>
        <w:tc>
          <w:tcPr>
            <w:tcW w:type="dxa" w:w="2880"/>
          </w:tcPr>
          <w:p>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2880"/>
          </w:tcPr>
          <w:p/>
        </w:tc>
        <w:tc>
          <w:tcPr>
            <w:tcW w:type="dxa" w:w="2880"/>
          </w:tcPr>
          <w:p/>
        </w:tc>
      </w:tr>
      <w:tr>
        <w:tc>
          <w:tcPr>
            <w:tcW w:type="dxa" w:w="2880"/>
          </w:tcPr>
          <w:p>
            <w:r>
              <w:t>Наличие у участников закупки опыта поставки товара, выполнения работы, оказания услуги, связанного с предметом контракта</w:t>
            </w:r>
          </w:p>
        </w:tc>
        <w:tc>
          <w:tcPr>
            <w:tcW w:type="dxa" w:w="2880"/>
          </w:tcPr>
          <w:p/>
        </w:tc>
        <w:tc>
          <w:tcPr>
            <w:tcW w:type="dxa" w:w="2880"/>
          </w:tcPr>
          <w:p/>
        </w:tc>
      </w:tr>
      <w:tr>
        <w:tc>
          <w:tcPr>
            <w:tcW w:type="dxa" w:w="2880"/>
          </w:tcPr>
          <w:p>
            <w:r>
              <w:t>Общая цена исполненных участником закупки договоров = 171619963.05</w:t>
            </w:r>
          </w:p>
        </w:tc>
        <w:tc>
          <w:tcPr>
            <w:tcW w:type="dxa" w:w="2880"/>
          </w:tcPr>
          <w:p>
            <w:r>
              <w:t>Ашнин Данила Дмитриевич</w:t>
            </w:r>
          </w:p>
        </w:tc>
        <w:tc>
          <w:tcPr>
            <w:tcW w:type="dxa" w:w="2880"/>
          </w:tcPr>
          <w:p>
            <w:r>
              <w:t>16.60/6.64</w:t>
            </w:r>
          </w:p>
        </w:tc>
      </w:tr>
      <w:tr>
        <w:tc>
          <w:tcPr>
            <w:tcW w:type="dxa" w:w="2880"/>
          </w:tcPr>
          <w:p>
            <w:r/>
          </w:p>
        </w:tc>
        <w:tc>
          <w:tcPr>
            <w:tcW w:type="dxa" w:w="2880"/>
          </w:tcPr>
          <w:p>
            <w:r>
              <w:t>Общая цена исполненных участником закупки договоров = 171619963.05</w:t>
              <w:br/>
              <w:t>Аристов Анатолий Германович</w:t>
            </w:r>
          </w:p>
        </w:tc>
        <w:tc>
          <w:tcPr>
            <w:tcW w:type="dxa" w:w="2880"/>
          </w:tcPr>
          <w:p>
            <w:r>
              <w:t>16.60/6.64</w:t>
            </w:r>
          </w:p>
        </w:tc>
      </w:tr>
      <w:tr>
        <w:tc>
          <w:tcPr>
            <w:tcW w:type="dxa" w:w="2880"/>
          </w:tcPr>
          <w:p>
            <w:r/>
          </w:p>
        </w:tc>
        <w:tc>
          <w:tcPr>
            <w:tcW w:type="dxa" w:w="2880"/>
          </w:tcPr>
          <w:p>
            <w:r>
              <w:t>Общая цена исполненных участником закупки договоров = 171619963.05</w:t>
              <w:br/>
              <w:t>Маршев Евгений Александрович</w:t>
            </w:r>
          </w:p>
        </w:tc>
        <w:tc>
          <w:tcPr>
            <w:tcW w:type="dxa" w:w="2880"/>
          </w:tcPr>
          <w:p>
            <w:r>
              <w:t>16.60/6.64</w:t>
            </w:r>
          </w:p>
        </w:tc>
      </w:tr>
      <w:tr>
        <w:tc>
          <w:tcPr>
            <w:tcW w:type="dxa" w:w="2880"/>
          </w:tcPr>
          <w:p>
            <w:r/>
          </w:p>
        </w:tc>
        <w:tc>
          <w:tcPr>
            <w:tcW w:type="dxa" w:w="2880"/>
          </w:tcPr>
          <w:p>
            <w:r>
              <w:t>Общая цена исполненных участником закупки договоров = 171619963.05</w:t>
              <w:br/>
              <w:t>Мартыненкова Татьяна Ивановна</w:t>
            </w:r>
          </w:p>
        </w:tc>
        <w:tc>
          <w:tcPr>
            <w:tcW w:type="dxa" w:w="2880"/>
          </w:tcPr>
          <w:p>
            <w:r>
              <w:t>16.60/6.64</w:t>
            </w:r>
          </w:p>
        </w:tc>
      </w:tr>
      <w:tr>
        <w:tc>
          <w:tcPr>
            <w:tcW w:type="dxa" w:w="2880"/>
          </w:tcPr>
          <w:p>
            <w:r/>
          </w:p>
        </w:tc>
        <w:tc>
          <w:tcPr>
            <w:tcW w:type="dxa" w:w="2880"/>
          </w:tcPr>
          <w:p>
            <w:r>
              <w:t>Общая цена исполненных участником закупки договоров = 171619963.05</w:t>
              <w:br/>
              <w:t>ПЯТТОЕВА ИРИНА АЛЕКСАНДРОВНА</w:t>
            </w:r>
          </w:p>
        </w:tc>
        <w:tc>
          <w:tcPr>
            <w:tcW w:type="dxa" w:w="2880"/>
          </w:tcPr>
          <w:p>
            <w:r>
              <w:t>16.60/6.64</w:t>
            </w:r>
          </w:p>
        </w:tc>
      </w:tr>
      <w:tr>
        <w:tc>
          <w:tcPr>
            <w:tcW w:type="dxa" w:w="2880"/>
          </w:tcPr>
          <w:p>
            <w:r/>
          </w:p>
        </w:tc>
        <w:tc>
          <w:tcPr>
            <w:tcW w:type="dxa" w:w="2880"/>
          </w:tcPr>
          <w:p>
            <w:r>
              <w:t>Общая цена исполненных участником закупки договоров = 171619963.05</w:t>
              <w:br/>
              <w:t>Бидерман Геннадий Феликсович</w:t>
            </w:r>
          </w:p>
        </w:tc>
        <w:tc>
          <w:tcPr>
            <w:tcW w:type="dxa" w:w="2880"/>
          </w:tcPr>
          <w:p>
            <w:r>
              <w:t>16.60/6.64</w:t>
            </w:r>
          </w:p>
        </w:tc>
      </w:tr>
      <w:tr>
        <w:tc>
          <w:tcPr>
            <w:tcW w:type="dxa" w:w="2880"/>
          </w:tcPr>
          <w:p>
            <w:r/>
          </w:p>
        </w:tc>
        <w:tc>
          <w:tcPr>
            <w:tcW w:type="dxa" w:w="2880"/>
          </w:tcPr>
          <w:p>
            <w:r>
              <w:t>Общая цена исполненных участником закупки договоров = 171619963.05</w:t>
              <w:br/>
              <w:t>Максимец Любовь Александровна</w:t>
            </w:r>
          </w:p>
        </w:tc>
        <w:tc>
          <w:tcPr>
            <w:tcW w:type="dxa" w:w="2880"/>
          </w:tcPr>
          <w:p>
            <w:r>
              <w:t>16.60/6.64</w:t>
            </w:r>
          </w:p>
        </w:tc>
      </w:tr>
      <w:tr>
        <w:tc>
          <w:tcPr>
            <w:tcW w:type="dxa" w:w="2880"/>
          </w:tcPr>
          <w:p>
            <w:r/>
          </w:p>
        </w:tc>
        <w:tc>
          <w:tcPr>
            <w:tcW w:type="dxa" w:w="2880"/>
          </w:tcPr>
          <w:p>
            <w:r>
              <w:t>Общая цена исполненных участником закупки договоров = 171619963.05</w:t>
              <w:br/>
              <w:t>Холеменко Влада Вячеславовна</w:t>
            </w:r>
          </w:p>
        </w:tc>
        <w:tc>
          <w:tcPr>
            <w:tcW w:type="dxa" w:w="2880"/>
          </w:tcPr>
          <w:p>
            <w:r>
              <w:t>16.60/6.64</w:t>
            </w:r>
          </w:p>
        </w:tc>
      </w:tr>
      <w:tr>
        <w:tc>
          <w:tcPr>
            <w:tcW w:type="dxa" w:w="2880"/>
          </w:tcPr>
          <w:p>
            <w:r>
              <w:t>Итоговая оценка по критерию: 16.60/6.64 б.</w:t>
            </w:r>
          </w:p>
        </w:tc>
        <w:tc>
          <w:tcPr>
            <w:tcW w:type="dxa" w:w="2880"/>
          </w:tcP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Номер заявки/ИНЗ: 6 (K-250671)</w:t>
            </w:r>
          </w:p>
        </w:tc>
        <w:tc>
          <w:tcPr>
            <w:tcW w:type="dxa" w:w="2880"/>
          </w:tcPr>
          <w:p/>
        </w:tc>
        <w:tc>
          <w:tcPr>
            <w:tcW w:type="dxa" w:w="2880"/>
          </w:tcPr>
          <w:p/>
        </w:tc>
      </w:tr>
      <w:tr>
        <w:tc>
          <w:tcPr>
            <w:tcW w:type="dxa" w:w="2880"/>
          </w:tcPr>
          <w:p>
            <w:r>
              <w:t>Предложение участника</w:t>
            </w:r>
          </w:p>
        </w:tc>
        <w:tc>
          <w:tcPr>
            <w:tcW w:type="dxa" w:w="2880"/>
          </w:tcPr>
          <w:p>
            <w:r>
              <w:t>Ф.И.О. члена конкурсной комиссии</w:t>
            </w:r>
          </w:p>
        </w:tc>
        <w:tc>
          <w:tcPr>
            <w:tcW w:type="dxa" w:w="2880"/>
          </w:tcPr>
          <w:p>
            <w:r>
              <w:t>Баллы по критерию (показателю), установленному в извещении об осуществлении закупки (без учета значимости / с учетом значимости)</w:t>
            </w:r>
          </w:p>
        </w:tc>
      </w:tr>
      <w:tr>
        <w:tc>
          <w:tcPr>
            <w:tcW w:type="dxa" w:w="2880"/>
          </w:tcPr>
          <w:p>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2880"/>
          </w:tcPr>
          <w:p/>
        </w:tc>
        <w:tc>
          <w:tcPr>
            <w:tcW w:type="dxa" w:w="2880"/>
          </w:tcPr>
          <w:p/>
        </w:tc>
      </w:tr>
      <w:tr>
        <w:tc>
          <w:tcPr>
            <w:tcW w:type="dxa" w:w="2880"/>
          </w:tcPr>
          <w:p>
            <w:r>
              <w:t>Наличие у участников закупки опыта поставки товара, выполнения работы, оказания услуги, связанного с предметом контракта</w:t>
            </w:r>
          </w:p>
        </w:tc>
        <w:tc>
          <w:tcPr>
            <w:tcW w:type="dxa" w:w="2880"/>
          </w:tcPr>
          <w:p/>
        </w:tc>
        <w:tc>
          <w:tcPr>
            <w:tcW w:type="dxa" w:w="2880"/>
          </w:tcPr>
          <w:p/>
        </w:tc>
      </w:tr>
      <w:tr>
        <w:tc>
          <w:tcPr>
            <w:tcW w:type="dxa" w:w="2880"/>
          </w:tcPr>
          <w:p>
            <w:r>
              <w:t>Общая цена исполненных участником закупки договоров = 286468033.48</w:t>
            </w:r>
          </w:p>
        </w:tc>
        <w:tc>
          <w:tcPr>
            <w:tcW w:type="dxa" w:w="2880"/>
          </w:tcPr>
          <w:p>
            <w:r>
              <w:t>Ашнин Данила Дмитриевич</w:t>
            </w:r>
          </w:p>
        </w:tc>
        <w:tc>
          <w:tcPr>
            <w:tcW w:type="dxa" w:w="2880"/>
          </w:tcPr>
          <w:p>
            <w:r>
              <w:t>38.13/15.25</w:t>
            </w:r>
          </w:p>
        </w:tc>
      </w:tr>
      <w:tr>
        <w:tc>
          <w:tcPr>
            <w:tcW w:type="dxa" w:w="2880"/>
          </w:tcPr>
          <w:p>
            <w:r/>
          </w:p>
        </w:tc>
        <w:tc>
          <w:tcPr>
            <w:tcW w:type="dxa" w:w="2880"/>
          </w:tcPr>
          <w:p>
            <w:r>
              <w:t>Общая цена исполненных участником закупки договоров = 286468033.48</w:t>
              <w:br/>
              <w:t>Аристов Анатолий Германович</w:t>
            </w:r>
          </w:p>
        </w:tc>
        <w:tc>
          <w:tcPr>
            <w:tcW w:type="dxa" w:w="2880"/>
          </w:tcPr>
          <w:p>
            <w:r>
              <w:t>38.13/15.25</w:t>
            </w:r>
          </w:p>
        </w:tc>
      </w:tr>
      <w:tr>
        <w:tc>
          <w:tcPr>
            <w:tcW w:type="dxa" w:w="2880"/>
          </w:tcPr>
          <w:p>
            <w:r/>
          </w:p>
        </w:tc>
        <w:tc>
          <w:tcPr>
            <w:tcW w:type="dxa" w:w="2880"/>
          </w:tcPr>
          <w:p>
            <w:r>
              <w:t>Общая цена исполненных участником закупки договоров = 286468033.48</w:t>
              <w:br/>
              <w:t>Маршев Евгений Александрович</w:t>
            </w:r>
          </w:p>
        </w:tc>
        <w:tc>
          <w:tcPr>
            <w:tcW w:type="dxa" w:w="2880"/>
          </w:tcPr>
          <w:p>
            <w:r>
              <w:t>38.13/15.25</w:t>
            </w:r>
          </w:p>
        </w:tc>
      </w:tr>
      <w:tr>
        <w:tc>
          <w:tcPr>
            <w:tcW w:type="dxa" w:w="2880"/>
          </w:tcPr>
          <w:p>
            <w:r/>
          </w:p>
        </w:tc>
        <w:tc>
          <w:tcPr>
            <w:tcW w:type="dxa" w:w="2880"/>
          </w:tcPr>
          <w:p>
            <w:r>
              <w:t>Общая цена исполненных участником закупки договоров = 286468033.48</w:t>
              <w:br/>
              <w:t>Мартыненкова Татьяна Ивановна</w:t>
            </w:r>
          </w:p>
        </w:tc>
        <w:tc>
          <w:tcPr>
            <w:tcW w:type="dxa" w:w="2880"/>
          </w:tcPr>
          <w:p>
            <w:r>
              <w:t>38.13/15.25</w:t>
            </w:r>
          </w:p>
        </w:tc>
      </w:tr>
      <w:tr>
        <w:tc>
          <w:tcPr>
            <w:tcW w:type="dxa" w:w="2880"/>
          </w:tcPr>
          <w:p>
            <w:r/>
          </w:p>
        </w:tc>
        <w:tc>
          <w:tcPr>
            <w:tcW w:type="dxa" w:w="2880"/>
          </w:tcPr>
          <w:p>
            <w:r>
              <w:t>Общая цена исполненных участником закупки договоров = 286468033.48</w:t>
              <w:br/>
              <w:t>ПЯТТОЕВА ИРИНА АЛЕКСАНДРОВНА</w:t>
            </w:r>
          </w:p>
        </w:tc>
        <w:tc>
          <w:tcPr>
            <w:tcW w:type="dxa" w:w="2880"/>
          </w:tcPr>
          <w:p>
            <w:r>
              <w:t>38.13/15.25</w:t>
            </w:r>
          </w:p>
        </w:tc>
      </w:tr>
      <w:tr>
        <w:tc>
          <w:tcPr>
            <w:tcW w:type="dxa" w:w="2880"/>
          </w:tcPr>
          <w:p>
            <w:r/>
          </w:p>
        </w:tc>
        <w:tc>
          <w:tcPr>
            <w:tcW w:type="dxa" w:w="2880"/>
          </w:tcPr>
          <w:p>
            <w:r>
              <w:t>Общая цена исполненных участником закупки договоров = 286468033.48</w:t>
              <w:br/>
              <w:t>Бидерман Геннадий Феликсович</w:t>
            </w:r>
          </w:p>
        </w:tc>
        <w:tc>
          <w:tcPr>
            <w:tcW w:type="dxa" w:w="2880"/>
          </w:tcPr>
          <w:p>
            <w:r>
              <w:t>38.13/15.25</w:t>
            </w:r>
          </w:p>
        </w:tc>
      </w:tr>
      <w:tr>
        <w:tc>
          <w:tcPr>
            <w:tcW w:type="dxa" w:w="2880"/>
          </w:tcPr>
          <w:p>
            <w:r/>
          </w:p>
        </w:tc>
        <w:tc>
          <w:tcPr>
            <w:tcW w:type="dxa" w:w="2880"/>
          </w:tcPr>
          <w:p>
            <w:r>
              <w:t>Общая цена исполненных участником закупки договоров = 286468033.48</w:t>
              <w:br/>
              <w:t>Максимец Любовь Александровна</w:t>
            </w:r>
          </w:p>
        </w:tc>
        <w:tc>
          <w:tcPr>
            <w:tcW w:type="dxa" w:w="2880"/>
          </w:tcPr>
          <w:p>
            <w:r>
              <w:t>38.13/15.25</w:t>
            </w:r>
          </w:p>
        </w:tc>
      </w:tr>
      <w:tr>
        <w:tc>
          <w:tcPr>
            <w:tcW w:type="dxa" w:w="2880"/>
          </w:tcPr>
          <w:p>
            <w:r/>
          </w:p>
        </w:tc>
        <w:tc>
          <w:tcPr>
            <w:tcW w:type="dxa" w:w="2880"/>
          </w:tcPr>
          <w:p>
            <w:r>
              <w:t>Общая цена исполненных участником закупки договоров = 286468033.48</w:t>
              <w:br/>
              <w:t>Холеменко Влада Вячеславовна</w:t>
            </w:r>
          </w:p>
        </w:tc>
        <w:tc>
          <w:tcPr>
            <w:tcW w:type="dxa" w:w="2880"/>
          </w:tcPr>
          <w:p>
            <w:r>
              <w:t>38.13/15.25</w:t>
            </w:r>
          </w:p>
        </w:tc>
      </w:tr>
      <w:tr>
        <w:tc>
          <w:tcPr>
            <w:tcW w:type="dxa" w:w="2880"/>
          </w:tcPr>
          <w:p>
            <w:r>
              <w:t>Итоговая оценка по критерию: 38.13/15.25 б.</w:t>
            </w:r>
          </w:p>
        </w:tc>
        <w:tc>
          <w:tcPr>
            <w:tcW w:type="dxa" w:w="2880"/>
          </w:tcP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Номер заявки/ИНЗ: 7 (K-250743)</w:t>
            </w:r>
          </w:p>
        </w:tc>
        <w:tc>
          <w:tcPr>
            <w:tcW w:type="dxa" w:w="2880"/>
          </w:tcPr>
          <w:p/>
        </w:tc>
        <w:tc>
          <w:tcPr>
            <w:tcW w:type="dxa" w:w="2880"/>
          </w:tcPr>
          <w:p/>
        </w:tc>
      </w:tr>
      <w:tr>
        <w:tc>
          <w:tcPr>
            <w:tcW w:type="dxa" w:w="2880"/>
          </w:tcPr>
          <w:p>
            <w:r>
              <w:t>Предложение участника</w:t>
            </w:r>
          </w:p>
        </w:tc>
        <w:tc>
          <w:tcPr>
            <w:tcW w:type="dxa" w:w="2880"/>
          </w:tcPr>
          <w:p>
            <w:r>
              <w:t>Ф.И.О. члена конкурсной комиссии</w:t>
            </w:r>
          </w:p>
        </w:tc>
        <w:tc>
          <w:tcPr>
            <w:tcW w:type="dxa" w:w="2880"/>
          </w:tcPr>
          <w:p>
            <w:r>
              <w:t>Баллы по критерию (показателю), установленному в извещении об осуществлении закупки (без учета значимости / с учетом значимости)</w:t>
            </w:r>
          </w:p>
        </w:tc>
      </w:tr>
      <w:tr>
        <w:tc>
          <w:tcPr>
            <w:tcW w:type="dxa" w:w="2880"/>
          </w:tcPr>
          <w:p>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2880"/>
          </w:tcPr>
          <w:p/>
        </w:tc>
        <w:tc>
          <w:tcPr>
            <w:tcW w:type="dxa" w:w="2880"/>
          </w:tcPr>
          <w:p/>
        </w:tc>
      </w:tr>
      <w:tr>
        <w:tc>
          <w:tcPr>
            <w:tcW w:type="dxa" w:w="2880"/>
          </w:tcPr>
          <w:p>
            <w:r>
              <w:t>Наличие у участников закупки опыта поставки товара, выполнения работы, оказания услуги, связанного с предметом контракта</w:t>
            </w:r>
          </w:p>
        </w:tc>
        <w:tc>
          <w:tcPr>
            <w:tcW w:type="dxa" w:w="2880"/>
          </w:tcPr>
          <w:p/>
        </w:tc>
        <w:tc>
          <w:tcPr>
            <w:tcW w:type="dxa" w:w="2880"/>
          </w:tcPr>
          <w:p/>
        </w:tc>
      </w:tr>
      <w:tr>
        <w:tc>
          <w:tcPr>
            <w:tcW w:type="dxa" w:w="2880"/>
          </w:tcPr>
          <w:p>
            <w:r>
              <w:t>Общая цена исполненных участником закупки договоров = 230734058.90</w:t>
            </w:r>
          </w:p>
        </w:tc>
        <w:tc>
          <w:tcPr>
            <w:tcW w:type="dxa" w:w="2880"/>
          </w:tcPr>
          <w:p>
            <w:r>
              <w:t>Ашнин Данила Дмитриевич</w:t>
            </w:r>
          </w:p>
        </w:tc>
        <w:tc>
          <w:tcPr>
            <w:tcW w:type="dxa" w:w="2880"/>
          </w:tcPr>
          <w:p>
            <w:r>
              <w:t>32.90/13.16</w:t>
            </w:r>
          </w:p>
        </w:tc>
      </w:tr>
      <w:tr>
        <w:tc>
          <w:tcPr>
            <w:tcW w:type="dxa" w:w="2880"/>
          </w:tcPr>
          <w:p>
            <w:r/>
          </w:p>
        </w:tc>
        <w:tc>
          <w:tcPr>
            <w:tcW w:type="dxa" w:w="2880"/>
          </w:tcPr>
          <w:p>
            <w:r>
              <w:t>Общая цена исполненных участником закупки договоров = 230734058.90</w:t>
              <w:br/>
              <w:t>Аристов Анатолий Германович</w:t>
            </w:r>
          </w:p>
        </w:tc>
        <w:tc>
          <w:tcPr>
            <w:tcW w:type="dxa" w:w="2880"/>
          </w:tcPr>
          <w:p>
            <w:r>
              <w:t>32.90/13.16</w:t>
            </w:r>
          </w:p>
        </w:tc>
      </w:tr>
      <w:tr>
        <w:tc>
          <w:tcPr>
            <w:tcW w:type="dxa" w:w="2880"/>
          </w:tcPr>
          <w:p>
            <w:r/>
          </w:p>
        </w:tc>
        <w:tc>
          <w:tcPr>
            <w:tcW w:type="dxa" w:w="2880"/>
          </w:tcPr>
          <w:p>
            <w:r>
              <w:t>Общая цена исполненных участником закупки договоров = 230734058.90</w:t>
              <w:br/>
              <w:t>Маршев Евгений Александрович</w:t>
            </w:r>
          </w:p>
        </w:tc>
        <w:tc>
          <w:tcPr>
            <w:tcW w:type="dxa" w:w="2880"/>
          </w:tcPr>
          <w:p>
            <w:r>
              <w:t>32.90/13.16</w:t>
            </w:r>
          </w:p>
        </w:tc>
      </w:tr>
      <w:tr>
        <w:tc>
          <w:tcPr>
            <w:tcW w:type="dxa" w:w="2880"/>
          </w:tcPr>
          <w:p>
            <w:r/>
          </w:p>
        </w:tc>
        <w:tc>
          <w:tcPr>
            <w:tcW w:type="dxa" w:w="2880"/>
          </w:tcPr>
          <w:p>
            <w:r>
              <w:t>Общая цена исполненных участником закупки договоров = 230734058.90</w:t>
              <w:br/>
              <w:t>Мартыненкова Татьяна Ивановна</w:t>
            </w:r>
          </w:p>
        </w:tc>
        <w:tc>
          <w:tcPr>
            <w:tcW w:type="dxa" w:w="2880"/>
          </w:tcPr>
          <w:p>
            <w:r>
              <w:t>32.90/13.16</w:t>
            </w:r>
          </w:p>
        </w:tc>
      </w:tr>
      <w:tr>
        <w:tc>
          <w:tcPr>
            <w:tcW w:type="dxa" w:w="2880"/>
          </w:tcPr>
          <w:p>
            <w:r/>
          </w:p>
        </w:tc>
        <w:tc>
          <w:tcPr>
            <w:tcW w:type="dxa" w:w="2880"/>
          </w:tcPr>
          <w:p>
            <w:r>
              <w:t>Общая цена исполненных участником закупки договоров = 230734058.90</w:t>
              <w:br/>
              <w:t>ПЯТТОЕВА ИРИНА АЛЕКСАНДРОВНА</w:t>
            </w:r>
          </w:p>
        </w:tc>
        <w:tc>
          <w:tcPr>
            <w:tcW w:type="dxa" w:w="2880"/>
          </w:tcPr>
          <w:p>
            <w:r>
              <w:t>32.90/13.16</w:t>
            </w:r>
          </w:p>
        </w:tc>
      </w:tr>
      <w:tr>
        <w:tc>
          <w:tcPr>
            <w:tcW w:type="dxa" w:w="2880"/>
          </w:tcPr>
          <w:p>
            <w:r/>
          </w:p>
        </w:tc>
        <w:tc>
          <w:tcPr>
            <w:tcW w:type="dxa" w:w="2880"/>
          </w:tcPr>
          <w:p>
            <w:r>
              <w:t>Общая цена исполненных участником закупки договоров = 230734058.90</w:t>
              <w:br/>
              <w:t>Бидерман Геннадий Феликсович</w:t>
            </w:r>
          </w:p>
        </w:tc>
        <w:tc>
          <w:tcPr>
            <w:tcW w:type="dxa" w:w="2880"/>
          </w:tcPr>
          <w:p>
            <w:r>
              <w:t>32.90/13.16</w:t>
            </w:r>
          </w:p>
        </w:tc>
      </w:tr>
      <w:tr>
        <w:tc>
          <w:tcPr>
            <w:tcW w:type="dxa" w:w="2880"/>
          </w:tcPr>
          <w:p>
            <w:r/>
          </w:p>
        </w:tc>
        <w:tc>
          <w:tcPr>
            <w:tcW w:type="dxa" w:w="2880"/>
          </w:tcPr>
          <w:p>
            <w:r>
              <w:t>Общая цена исполненных участником закупки договоров = 230734058.90</w:t>
              <w:br/>
              <w:t>Максимец Любовь Александровна</w:t>
            </w:r>
          </w:p>
        </w:tc>
        <w:tc>
          <w:tcPr>
            <w:tcW w:type="dxa" w:w="2880"/>
          </w:tcPr>
          <w:p>
            <w:r>
              <w:t>32.90/13.16</w:t>
            </w:r>
          </w:p>
        </w:tc>
      </w:tr>
      <w:tr>
        <w:tc>
          <w:tcPr>
            <w:tcW w:type="dxa" w:w="2880"/>
          </w:tcPr>
          <w:p>
            <w:r/>
          </w:p>
        </w:tc>
        <w:tc>
          <w:tcPr>
            <w:tcW w:type="dxa" w:w="2880"/>
          </w:tcPr>
          <w:p>
            <w:r>
              <w:t>Общая цена исполненных участником закупки договоров = 230734058.90</w:t>
              <w:br/>
              <w:t>Холеменко Влада Вячеславовна</w:t>
            </w:r>
          </w:p>
        </w:tc>
        <w:tc>
          <w:tcPr>
            <w:tcW w:type="dxa" w:w="2880"/>
          </w:tcPr>
          <w:p>
            <w:r>
              <w:t>32.90/13.16</w:t>
            </w:r>
          </w:p>
        </w:tc>
      </w:tr>
      <w:tr>
        <w:tc>
          <w:tcPr>
            <w:tcW w:type="dxa" w:w="2880"/>
          </w:tcPr>
          <w:p>
            <w:r>
              <w:t>Итоговая оценка по критерию: 32.90/13.16 б.</w:t>
            </w:r>
          </w:p>
        </w:tc>
        <w:tc>
          <w:tcPr>
            <w:tcW w:type="dxa" w:w="2880"/>
          </w:tcP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Номер заявки/ИНЗ: 8 (K-250865)</w:t>
            </w:r>
          </w:p>
        </w:tc>
        <w:tc>
          <w:tcPr>
            <w:tcW w:type="dxa" w:w="2880"/>
          </w:tcPr>
          <w:p/>
        </w:tc>
        <w:tc>
          <w:tcPr>
            <w:tcW w:type="dxa" w:w="2880"/>
          </w:tcPr>
          <w:p/>
        </w:tc>
      </w:tr>
      <w:tr>
        <w:tc>
          <w:tcPr>
            <w:tcW w:type="dxa" w:w="2880"/>
          </w:tcPr>
          <w:p>
            <w:r>
              <w:t>Предложение участника</w:t>
            </w:r>
          </w:p>
        </w:tc>
        <w:tc>
          <w:tcPr>
            <w:tcW w:type="dxa" w:w="2880"/>
          </w:tcPr>
          <w:p>
            <w:r>
              <w:t>Ф.И.О. члена конкурсной комиссии</w:t>
            </w:r>
          </w:p>
        </w:tc>
        <w:tc>
          <w:tcPr>
            <w:tcW w:type="dxa" w:w="2880"/>
          </w:tcPr>
          <w:p>
            <w:r>
              <w:t>Баллы по критерию (показателю), установленному в извещении об осуществлении закупки (без учета значимости / с учетом значимости)</w:t>
            </w:r>
          </w:p>
        </w:tc>
      </w:tr>
      <w:tr>
        <w:tc>
          <w:tcPr>
            <w:tcW w:type="dxa" w:w="2880"/>
          </w:tcPr>
          <w:p>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2880"/>
          </w:tcPr>
          <w:p/>
        </w:tc>
        <w:tc>
          <w:tcPr>
            <w:tcW w:type="dxa" w:w="2880"/>
          </w:tcPr>
          <w:p/>
        </w:tc>
      </w:tr>
      <w:tr>
        <w:tc>
          <w:tcPr>
            <w:tcW w:type="dxa" w:w="2880"/>
          </w:tcPr>
          <w:p>
            <w:r>
              <w:t>Наличие у участников закупки опыта поставки товара, выполнения работы, оказания услуги, связанного с предметом контракта</w:t>
            </w:r>
          </w:p>
        </w:tc>
        <w:tc>
          <w:tcPr>
            <w:tcW w:type="dxa" w:w="2880"/>
          </w:tcPr>
          <w:p/>
        </w:tc>
        <w:tc>
          <w:tcPr>
            <w:tcW w:type="dxa" w:w="2880"/>
          </w:tcPr>
          <w:p/>
        </w:tc>
      </w:tr>
      <w:tr>
        <w:tc>
          <w:tcPr>
            <w:tcW w:type="dxa" w:w="2880"/>
          </w:tcPr>
          <w:p>
            <w:r>
              <w:t>Общая цена исполненных участником закупки договоров = 785084218.54</w:t>
            </w:r>
          </w:p>
        </w:tc>
        <w:tc>
          <w:tcPr>
            <w:tcW w:type="dxa" w:w="2880"/>
          </w:tcPr>
          <w:p>
            <w:r>
              <w:t>Ашнин Данила Дмитриевич</w:t>
            </w:r>
          </w:p>
        </w:tc>
        <w:tc>
          <w:tcPr>
            <w:tcW w:type="dxa" w:w="2880"/>
          </w:tcPr>
          <w:p>
            <w:r>
              <w:t>66.90/26.76</w:t>
            </w:r>
          </w:p>
        </w:tc>
      </w:tr>
      <w:tr>
        <w:tc>
          <w:tcPr>
            <w:tcW w:type="dxa" w:w="2880"/>
          </w:tcPr>
          <w:p>
            <w:r/>
          </w:p>
        </w:tc>
        <w:tc>
          <w:tcPr>
            <w:tcW w:type="dxa" w:w="2880"/>
          </w:tcPr>
          <w:p>
            <w:r>
              <w:t>Общая цена исполненных участником закупки договоров = 785084218.54</w:t>
              <w:br/>
              <w:t>Аристов Анатолий Германович</w:t>
            </w:r>
          </w:p>
        </w:tc>
        <w:tc>
          <w:tcPr>
            <w:tcW w:type="dxa" w:w="2880"/>
          </w:tcPr>
          <w:p>
            <w:r>
              <w:t>66.90/26.76</w:t>
            </w:r>
          </w:p>
        </w:tc>
      </w:tr>
      <w:tr>
        <w:tc>
          <w:tcPr>
            <w:tcW w:type="dxa" w:w="2880"/>
          </w:tcPr>
          <w:p>
            <w:r/>
          </w:p>
        </w:tc>
        <w:tc>
          <w:tcPr>
            <w:tcW w:type="dxa" w:w="2880"/>
          </w:tcPr>
          <w:p>
            <w:r>
              <w:t>Общая цена исполненных участником закупки договоров = 785084218.54</w:t>
              <w:br/>
              <w:t>Маршев Евгений Александрович</w:t>
            </w:r>
          </w:p>
        </w:tc>
        <w:tc>
          <w:tcPr>
            <w:tcW w:type="dxa" w:w="2880"/>
          </w:tcPr>
          <w:p>
            <w:r>
              <w:t>66.90/26.76</w:t>
            </w:r>
          </w:p>
        </w:tc>
      </w:tr>
      <w:tr>
        <w:tc>
          <w:tcPr>
            <w:tcW w:type="dxa" w:w="2880"/>
          </w:tcPr>
          <w:p>
            <w:r/>
          </w:p>
        </w:tc>
        <w:tc>
          <w:tcPr>
            <w:tcW w:type="dxa" w:w="2880"/>
          </w:tcPr>
          <w:p>
            <w:r>
              <w:t>Общая цена исполненных участником закупки договоров = 785084218.54</w:t>
              <w:br/>
              <w:t>Мартыненкова Татьяна Ивановна</w:t>
            </w:r>
          </w:p>
        </w:tc>
        <w:tc>
          <w:tcPr>
            <w:tcW w:type="dxa" w:w="2880"/>
          </w:tcPr>
          <w:p>
            <w:r>
              <w:t>66.90/26.76</w:t>
            </w:r>
          </w:p>
        </w:tc>
      </w:tr>
      <w:tr>
        <w:tc>
          <w:tcPr>
            <w:tcW w:type="dxa" w:w="2880"/>
          </w:tcPr>
          <w:p>
            <w:r/>
          </w:p>
        </w:tc>
        <w:tc>
          <w:tcPr>
            <w:tcW w:type="dxa" w:w="2880"/>
          </w:tcPr>
          <w:p>
            <w:r>
              <w:t>Общая цена исполненных участником закупки договоров = 785084218.54</w:t>
              <w:br/>
              <w:t>ПЯТТОЕВА ИРИНА АЛЕКСАНДРОВНА</w:t>
            </w:r>
          </w:p>
        </w:tc>
        <w:tc>
          <w:tcPr>
            <w:tcW w:type="dxa" w:w="2880"/>
          </w:tcPr>
          <w:p>
            <w:r>
              <w:t>66.90/26.76</w:t>
            </w:r>
          </w:p>
        </w:tc>
      </w:tr>
      <w:tr>
        <w:tc>
          <w:tcPr>
            <w:tcW w:type="dxa" w:w="2880"/>
          </w:tcPr>
          <w:p>
            <w:r/>
          </w:p>
        </w:tc>
        <w:tc>
          <w:tcPr>
            <w:tcW w:type="dxa" w:w="2880"/>
          </w:tcPr>
          <w:p>
            <w:r>
              <w:t>Общая цена исполненных участником закупки договоров = 785084218.54</w:t>
              <w:br/>
              <w:t>Бидерман Геннадий Феликсович</w:t>
            </w:r>
          </w:p>
        </w:tc>
        <w:tc>
          <w:tcPr>
            <w:tcW w:type="dxa" w:w="2880"/>
          </w:tcPr>
          <w:p>
            <w:r>
              <w:t>66.90/26.76</w:t>
            </w:r>
          </w:p>
        </w:tc>
      </w:tr>
      <w:tr>
        <w:tc>
          <w:tcPr>
            <w:tcW w:type="dxa" w:w="2880"/>
          </w:tcPr>
          <w:p>
            <w:r/>
          </w:p>
        </w:tc>
        <w:tc>
          <w:tcPr>
            <w:tcW w:type="dxa" w:w="2880"/>
          </w:tcPr>
          <w:p>
            <w:r>
              <w:t>Общая цена исполненных участником закупки договоров = 785084218.54</w:t>
              <w:br/>
              <w:t>Максимец Любовь Александровна</w:t>
            </w:r>
          </w:p>
        </w:tc>
        <w:tc>
          <w:tcPr>
            <w:tcW w:type="dxa" w:w="2880"/>
          </w:tcPr>
          <w:p>
            <w:r>
              <w:t>66.90/26.76</w:t>
            </w:r>
          </w:p>
        </w:tc>
      </w:tr>
      <w:tr>
        <w:tc>
          <w:tcPr>
            <w:tcW w:type="dxa" w:w="2880"/>
          </w:tcPr>
          <w:p>
            <w:r/>
          </w:p>
        </w:tc>
        <w:tc>
          <w:tcPr>
            <w:tcW w:type="dxa" w:w="2880"/>
          </w:tcPr>
          <w:p>
            <w:r>
              <w:t>Общая цена исполненных участником закупки договоров = 785084218.54</w:t>
              <w:br/>
              <w:t>Холеменко Влада Вячеславовна</w:t>
            </w:r>
          </w:p>
        </w:tc>
        <w:tc>
          <w:tcPr>
            <w:tcW w:type="dxa" w:w="2880"/>
          </w:tcPr>
          <w:p>
            <w:r>
              <w:t>66.90/26.76</w:t>
            </w:r>
          </w:p>
        </w:tc>
      </w:tr>
      <w:tr>
        <w:tc>
          <w:tcPr>
            <w:tcW w:type="dxa" w:w="2880"/>
          </w:tcPr>
          <w:p>
            <w:r>
              <w:t>Итоговая оценка по критерию: 66.90/26.76 б.</w:t>
            </w:r>
          </w:p>
        </w:tc>
        <w:tc>
          <w:tcPr>
            <w:tcW w:type="dxa" w:w="2880"/>
          </w:tcP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Номер заявки/ИНЗ: 10 (K-251141)</w:t>
            </w:r>
          </w:p>
        </w:tc>
        <w:tc>
          <w:tcPr>
            <w:tcW w:type="dxa" w:w="2880"/>
          </w:tcPr>
          <w:p/>
        </w:tc>
        <w:tc>
          <w:tcPr>
            <w:tcW w:type="dxa" w:w="2880"/>
          </w:tcPr>
          <w:p/>
        </w:tc>
      </w:tr>
      <w:tr>
        <w:tc>
          <w:tcPr>
            <w:tcW w:type="dxa" w:w="2880"/>
          </w:tcPr>
          <w:p>
            <w:r>
              <w:t>Предложение участника</w:t>
            </w:r>
          </w:p>
        </w:tc>
        <w:tc>
          <w:tcPr>
            <w:tcW w:type="dxa" w:w="2880"/>
          </w:tcPr>
          <w:p>
            <w:r>
              <w:t>Ф.И.О. члена конкурсной комиссии</w:t>
            </w:r>
          </w:p>
        </w:tc>
        <w:tc>
          <w:tcPr>
            <w:tcW w:type="dxa" w:w="2880"/>
          </w:tcPr>
          <w:p>
            <w:r>
              <w:t>Баллы по критерию (показателю), установленному в извещении об осуществлении закупки (без учета значимости / с учетом значимости)</w:t>
            </w:r>
          </w:p>
        </w:tc>
      </w:tr>
      <w:tr>
        <w:tc>
          <w:tcPr>
            <w:tcW w:type="dxa" w:w="2880"/>
          </w:tcPr>
          <w:p>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2880"/>
          </w:tcPr>
          <w:p/>
        </w:tc>
        <w:tc>
          <w:tcPr>
            <w:tcW w:type="dxa" w:w="2880"/>
          </w:tcPr>
          <w:p/>
        </w:tc>
      </w:tr>
      <w:tr>
        <w:tc>
          <w:tcPr>
            <w:tcW w:type="dxa" w:w="2880"/>
          </w:tcPr>
          <w:p>
            <w:r>
              <w:t>Наличие у участников закупки опыта поставки товара, выполнения работы, оказания услуги, связанного с предметом контракта</w:t>
            </w:r>
          </w:p>
        </w:tc>
        <w:tc>
          <w:tcPr>
            <w:tcW w:type="dxa" w:w="2880"/>
          </w:tcPr>
          <w:p/>
        </w:tc>
        <w:tc>
          <w:tcPr>
            <w:tcW w:type="dxa" w:w="2880"/>
          </w:tcPr>
          <w:p/>
        </w:tc>
      </w:tr>
      <w:tr>
        <w:tc>
          <w:tcPr>
            <w:tcW w:type="dxa" w:w="2880"/>
          </w:tcPr>
          <w:p>
            <w:r>
              <w:t>Общая цена исполненных участником закупки договоров = 225438133.65</w:t>
            </w:r>
          </w:p>
        </w:tc>
        <w:tc>
          <w:tcPr>
            <w:tcW w:type="dxa" w:w="2880"/>
          </w:tcPr>
          <w:p>
            <w:r>
              <w:t>Ашнин Данила Дмитриевич</w:t>
            </w:r>
          </w:p>
        </w:tc>
        <w:tc>
          <w:tcPr>
            <w:tcW w:type="dxa" w:w="2880"/>
          </w:tcPr>
          <w:p>
            <w:r>
              <w:t>30.40/12.16</w:t>
            </w:r>
          </w:p>
        </w:tc>
      </w:tr>
      <w:tr>
        <w:tc>
          <w:tcPr>
            <w:tcW w:type="dxa" w:w="2880"/>
          </w:tcPr>
          <w:p>
            <w:r/>
          </w:p>
        </w:tc>
        <w:tc>
          <w:tcPr>
            <w:tcW w:type="dxa" w:w="2880"/>
          </w:tcPr>
          <w:p>
            <w:r>
              <w:t>Общая цена исполненных участником закупки договоров = 225438133.65</w:t>
              <w:br/>
              <w:t>Аристов Анатолий Германович</w:t>
            </w:r>
          </w:p>
        </w:tc>
        <w:tc>
          <w:tcPr>
            <w:tcW w:type="dxa" w:w="2880"/>
          </w:tcPr>
          <w:p>
            <w:r>
              <w:t>30.40/12.16</w:t>
            </w:r>
          </w:p>
        </w:tc>
      </w:tr>
      <w:tr>
        <w:tc>
          <w:tcPr>
            <w:tcW w:type="dxa" w:w="2880"/>
          </w:tcPr>
          <w:p>
            <w:r/>
          </w:p>
        </w:tc>
        <w:tc>
          <w:tcPr>
            <w:tcW w:type="dxa" w:w="2880"/>
          </w:tcPr>
          <w:p>
            <w:r>
              <w:t>Общая цена исполненных участником закупки договоров = 225438133.65</w:t>
              <w:br/>
              <w:t>Маршев Евгений Александрович</w:t>
            </w:r>
          </w:p>
        </w:tc>
        <w:tc>
          <w:tcPr>
            <w:tcW w:type="dxa" w:w="2880"/>
          </w:tcPr>
          <w:p>
            <w:r>
              <w:t>30.40/12.16</w:t>
            </w:r>
          </w:p>
        </w:tc>
      </w:tr>
      <w:tr>
        <w:tc>
          <w:tcPr>
            <w:tcW w:type="dxa" w:w="2880"/>
          </w:tcPr>
          <w:p>
            <w:r/>
          </w:p>
        </w:tc>
        <w:tc>
          <w:tcPr>
            <w:tcW w:type="dxa" w:w="2880"/>
          </w:tcPr>
          <w:p>
            <w:r>
              <w:t>Общая цена исполненных участником закупки договоров = 225438133.65</w:t>
              <w:br/>
              <w:t>Мартыненкова Татьяна Ивановна</w:t>
            </w:r>
          </w:p>
        </w:tc>
        <w:tc>
          <w:tcPr>
            <w:tcW w:type="dxa" w:w="2880"/>
          </w:tcPr>
          <w:p>
            <w:r>
              <w:t>30.40/12.16</w:t>
            </w:r>
          </w:p>
        </w:tc>
      </w:tr>
      <w:tr>
        <w:tc>
          <w:tcPr>
            <w:tcW w:type="dxa" w:w="2880"/>
          </w:tcPr>
          <w:p>
            <w:r/>
          </w:p>
        </w:tc>
        <w:tc>
          <w:tcPr>
            <w:tcW w:type="dxa" w:w="2880"/>
          </w:tcPr>
          <w:p>
            <w:r>
              <w:t>Общая цена исполненных участником закупки договоров = 225438133.65</w:t>
              <w:br/>
              <w:t>ПЯТТОЕВА ИРИНА АЛЕКСАНДРОВНА</w:t>
            </w:r>
          </w:p>
        </w:tc>
        <w:tc>
          <w:tcPr>
            <w:tcW w:type="dxa" w:w="2880"/>
          </w:tcPr>
          <w:p>
            <w:r>
              <w:t>30.40/12.16</w:t>
            </w:r>
          </w:p>
        </w:tc>
      </w:tr>
      <w:tr>
        <w:tc>
          <w:tcPr>
            <w:tcW w:type="dxa" w:w="2880"/>
          </w:tcPr>
          <w:p>
            <w:r/>
          </w:p>
        </w:tc>
        <w:tc>
          <w:tcPr>
            <w:tcW w:type="dxa" w:w="2880"/>
          </w:tcPr>
          <w:p>
            <w:r>
              <w:t>Общая цена исполненных участником закупки договоров = 225438133.65</w:t>
              <w:br/>
              <w:t>Бидерман Геннадий Феликсович</w:t>
            </w:r>
          </w:p>
        </w:tc>
        <w:tc>
          <w:tcPr>
            <w:tcW w:type="dxa" w:w="2880"/>
          </w:tcPr>
          <w:p>
            <w:r>
              <w:t>30.40/12.16</w:t>
            </w:r>
          </w:p>
        </w:tc>
      </w:tr>
      <w:tr>
        <w:tc>
          <w:tcPr>
            <w:tcW w:type="dxa" w:w="2880"/>
          </w:tcPr>
          <w:p>
            <w:r/>
          </w:p>
        </w:tc>
        <w:tc>
          <w:tcPr>
            <w:tcW w:type="dxa" w:w="2880"/>
          </w:tcPr>
          <w:p>
            <w:r>
              <w:t>Общая цена исполненных участником закупки договоров = 225438133.65</w:t>
              <w:br/>
              <w:t>Максимец Любовь Александровна</w:t>
            </w:r>
          </w:p>
        </w:tc>
        <w:tc>
          <w:tcPr>
            <w:tcW w:type="dxa" w:w="2880"/>
          </w:tcPr>
          <w:p>
            <w:r>
              <w:t>30.40/12.16</w:t>
            </w:r>
          </w:p>
        </w:tc>
      </w:tr>
      <w:tr>
        <w:tc>
          <w:tcPr>
            <w:tcW w:type="dxa" w:w="2880"/>
          </w:tcPr>
          <w:p>
            <w:r/>
          </w:p>
        </w:tc>
        <w:tc>
          <w:tcPr>
            <w:tcW w:type="dxa" w:w="2880"/>
          </w:tcPr>
          <w:p>
            <w:r>
              <w:t>Общая цена исполненных участником закупки договоров = 225438133.65</w:t>
              <w:br/>
              <w:t>Холеменко Влада Вячеславовна</w:t>
            </w:r>
          </w:p>
        </w:tc>
        <w:tc>
          <w:tcPr>
            <w:tcW w:type="dxa" w:w="2880"/>
          </w:tcPr>
          <w:p>
            <w:r>
              <w:t>30.40/12.16</w:t>
            </w:r>
          </w:p>
        </w:tc>
      </w:tr>
      <w:tr>
        <w:tc>
          <w:tcPr>
            <w:tcW w:type="dxa" w:w="2880"/>
          </w:tcPr>
          <w:p>
            <w:r>
              <w:t>Итоговая оценка по критерию: 30.40/12.16 б.</w:t>
            </w:r>
          </w:p>
        </w:tc>
        <w:tc>
          <w:tcPr>
            <w:tcW w:type="dxa" w:w="2880"/>
          </w:tcPr>
          <w:p/>
        </w:tc>
        <w:tc>
          <w:tcPr>
            <w:tcW w:type="dxa" w:w="2880"/>
          </w:tcPr>
          <w:p/>
        </w:tc>
      </w:tr>
    </w:tbl>
    <w:p>
      <w:r>
        <w:t>Заявитель оспаривает порядок оценки заявок по критерию «Квалификация участников закупки», утверждая, что комиссия Заказчика необоснованно не приняла во внимание ряд контрактов, исполнение которых подтверждено сведениями о проведении электронного актирования в ЕИС, но не сопровождается бумажными актами приемки. Данный подход, по мнению Заявителя, привел к неверному расчету количества баллов и необоснованному занижению оценки заявки ООО «АвизоСтрой», вследствие чего комиссия Заказчика неправомерно присвоил победу иному участнику.</w:t>
      </w:r>
    </w:p>
    <w:p>
      <w:r>
        <w:t>Из представленных материалов следует, что порядок оценки заявок на участие в конкурсе предусматривал два критерия: цена контракта и квалификация участников закупки, где единственным детализирующим показателем являлась общая цена исполненных участником закупки договоров.</w:t>
      </w:r>
    </w:p>
    <w:p>
      <w:r>
        <w:t>Комиссия УФАС отмечает, что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установлено Положение об оценке заявок на участие в закупке товаров, работ, услуг для обеспечения государственных и муниципальных нужд (далее - Положение).</w:t>
      </w:r>
    </w:p>
    <w:p>
      <w:r>
        <w:t>При этом согласно пункту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п.п. 24-25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Для оценки заявок по показателям оценки, предусмотренным п. 24 настоящего Положения, применяются детализирующие показатели.</w:t>
      </w:r>
    </w:p>
    <w:p>
      <w:r>
        <w:t>Пунктом 28 Положения определено, что в случае применения показателя оценки, предусмотренного подпунктом «в» пункта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настоящего пункта, осуществляется в порядке, установленном пунктами 20 и 21 настоящего Положения, применение шкалы оценки не допускается;</w:t>
      </w:r>
    </w:p>
    <w:p>
      <w:r>
        <w:t>в) документом, предусмотренным приложением №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подпункта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подпункта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Комиссией УФАС установлено, что в соответствии с Протоколом подведения итогов №0372200186925000052 от 03.03.2025 г. участник, подавший заявку № K-248908, предоставил сведения о договорах на общую сумму 561 795 791, 00 руб., в то время, как Заявитель – ООО «АвизоСтрой» (заявка № K-250865) – подтвердил опыт выполнения работ на общую сумму 785 084 218, 54 руб. Однако в итоговом протоколе конкурсная комиссия необоснованно присвоила заявке ООО «АвизоСтрой» только 26,76 баллов, а заявке № K-248908 – 40 баллов, что не соответствует установленной формуле расчета и искажает реальное соотношение квалификации участников.</w:t>
      </w:r>
    </w:p>
    <w:p>
      <w:r>
        <w:t>Детальный анализ критериев оценки показывает, что в соответствии с извещением и Приложением №5 к извещению, при расчете баллов по критерию «Квалификация участников закупки» должно учитываться наибольшее значение общей цены исполненных договоров, предоставленных участниками. Согласно порядку оценки, победителем должен быть признан участник, предложивший наибольший суммарный объем подтвержденных исполненных контрактов. Однако комиссия Заказчика необоснованно исключила из расчета часть контрактов, представленных Заявителем, ссылаясь, в том числе, на отсутствие бумажных актов приемки. Комиссия УФАС отмечает, что оценка заявок должна производиться на основании полноты и достоверности представленной информации.</w:t>
      </w:r>
    </w:p>
    <w:p>
      <w:r>
        <w:t>При этом извещение о закупке не содержало требования о представлении исключительно бумажных актов приемки в качестве подтверждения исполнения контрактов. Положение, в свою очередь, предусматривает возможность подтверждения исполнения контрактов не только посредством бумажных документов, но и с использованием данных Единой информационной системы (ЕИС), включая сведения о проведенной электронной приемке. Однако комиссия Заказчика при оценке заявки ООО «АвизоСтрой» проигнорировала электронные данные о приемке выполненных работ, что привело к необоснованному занижению оценки заявки Заявителя.</w:t>
      </w:r>
    </w:p>
    <w:p>
      <w:r>
        <w:t>Кроме того, комиссия Заказчика неправомерно не приняла часть контрактов, в том числе, на основании отсутствия акта сдачи-приемки или товарных накладных на монтируемое оборудование, поставка которого согласно Приложению № 1 к Контракту является обязательной.</w:t>
      </w:r>
    </w:p>
    <w:p>
      <w:r>
        <w:t>При этом, Приложение № 1 не является документом, закрывающим выполнение работ по контрактам, а, следовательно, не может служить основанием для непринятия контрактов.</w:t>
      </w:r>
    </w:p>
    <w:p>
      <w:r>
        <w:t>Кроме того, пункты 5.5 и 5.6 контрактов устанавливают, что подрядчик передает Заказчику следующие документы:</w:t>
      </w:r>
    </w:p>
    <w:p>
      <w:r>
        <w:t>Акт о приемке выполненных работ (форма КС-2);</w:t>
      </w:r>
    </w:p>
    <w:p>
      <w:r>
        <w:t>Справку о стоимости выполненных работ и затрат (форма КС-3);</w:t>
      </w:r>
    </w:p>
    <w:p>
      <w:r>
        <w:t>Общий журнал работ;</w:t>
      </w:r>
    </w:p>
    <w:p>
      <w:r>
        <w:t>Журнал входного учета и контроля качества получаемых деталей, материалов, конструкций и оборудования;</w:t>
      </w:r>
    </w:p>
    <w:p>
      <w:r>
        <w:t>Журнал инструктажа;</w:t>
      </w:r>
    </w:p>
    <w:p>
      <w:r>
        <w:t>Акты на скрытые работы (в том числе демонтажные);</w:t>
      </w:r>
    </w:p>
    <w:p>
      <w:r>
        <w:t>Исполнительные схемы, паспорта, сертификаты соответствия, материалы фотофиксации всех видов работ;</w:t>
      </w:r>
    </w:p>
    <w:p>
      <w:r>
        <w:t>Копии договоров на вывоз и размещение строительного мусора, акты приема-передачи строительного мусора и т. д.</w:t>
      </w:r>
    </w:p>
    <w:p>
      <w:r>
        <w:t>При этом отсутствие акта сдачи-приемки или товарных накладных на монтируемое оборудование не является достаточным основанием для отказа в принятии контрактов.</w:t>
      </w:r>
    </w:p>
    <w:p>
      <w:pPr>
        <w:pStyle w:val="Heading2"/>
      </w:pPr>
      <w:r>
        <w:t>мотивировочная часть</w:t>
      </w:r>
    </w:p>
    <w:p>
      <w:r>
        <w:t>Таким образом, Комиссия УФАС приходит к выводу о том, что фактически комиссия Заказчика приняла решение на основании ошибочного подхода к оценке квалификации участников, что привело к нарушению принципов объективности и законности конкурсных процедур.</w:t>
      </w:r>
    </w:p>
    <w:p>
      <w:r>
        <w:t>На основании изложенного, Комиссия Санкт-Петербургского УФАС России приходит к выводу о том, что доводы Заявителя полностью обоснованы, поскольку конкурсная комиссия неправомерно исключила из расчета часть исполненных Заявителем контрактов, что нарушает требование п.п б) п. 1 ч. 11 ст. 48 Закона о контрактной системе.</w:t>
      </w:r>
    </w:p>
    <w:p>
      <w:r>
        <w:t>Выявленное в действиях комиссии Заказчика нарушение является существенным, что дало основания для выдачи обязательного для исполнения предписания о его устранении.</w:t>
      </w:r>
    </w:p>
    <w:p>
      <w:r>
        <w:t>Комиссия УФАС, руководствуясь ст. ст. 2, 99, 106 Закона о контрактной системе,</w:t>
      </w:r>
    </w:p>
    <w:p>
      <w:pPr>
        <w:pStyle w:val="Heading2"/>
      </w:pPr>
      <w:r>
        <w:t>резолютивная часть</w:t>
      </w:r>
    </w:p>
    <w:p>
      <w:r>
        <w:t>РЕШИЛА:</w:t>
      </w:r>
    </w:p>
    <w:p>
      <w:r>
        <w:t>Признать жалобу ООО «АвизоСтрой» обоснованной.</w:t>
      </w:r>
    </w:p>
    <w:p>
      <w:r>
        <w:t>Признать в действиях конкурсной комиссии Заказчика нарушение п.п б) п. 1 ч. 11 ст. 48 Закона о контрактной системе.</w:t>
      </w:r>
    </w:p>
    <w:p>
      <w:r>
        <w:t>Выдать Заказчику, конкурсной комиссии, оператору электронной торговой площадке предписание об устранении выявленного нарушения.</w:t>
      </w:r>
    </w:p>
    <w:p>
      <w:r>
        <w:t>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членов конкурсной комиссии Заказчика.</w:t>
      </w:r>
    </w:p>
    <w:p>
      <w:r>
        <w:t>Настоящее решение может быть обжаловано в судебном порядке в течение трёх месяцев со дня принятия.</w:t>
      </w:r>
    </w:p>
    <w:p>
      <w:r>
        <w:t>13</w:t>
      </w:r>
    </w:p>
    <w:p>
      <w:pPr>
        <w:pStyle w:val="Heading1"/>
      </w:pPr>
      <w:r>
        <w:t>Предписание</w:t>
      </w:r>
    </w:p>
    <w:p>
      <w:pPr>
        <w:pStyle w:val="Heading2"/>
      </w:pPr>
      <w:r>
        <w:t>вводная часть</w:t>
      </w:r>
    </w:p>
    <w:p>
      <w:r>
        <w:t>СПб ГБУЗ «Городской консультативно-диагностический центр № 1»</w:t>
      </w:r>
    </w:p>
    <w:p>
      <w:r>
        <w:t>ул. Сикейроса, д. 10, лит. А,</w:t>
      </w:r>
    </w:p>
    <w:p>
      <w:r>
        <w:t>Санкт-Петербург, 194354</w:t>
      </w:r>
    </w:p>
    <w:p>
      <w:r>
        <w:t>АО «РАД»</w:t>
      </w:r>
    </w:p>
    <w:p>
      <w:r>
        <w:t>Гривцова пер., д. 5, лит. В,</w:t>
      </w:r>
    </w:p>
    <w:p>
      <w:r>
        <w:t>Санкт-Петербург, 190000</w:t>
      </w:r>
    </w:p>
    <w:p>
      <w:r>
        <w:t>факс: (812) 777-57-57</w:t>
      </w:r>
    </w:p>
    <w:p>
      <w:r>
        <w:t>ООО «АвизоСтрой»</w:t>
      </w:r>
    </w:p>
    <w:p>
      <w:r>
        <w:t>пр. Королева, д. 7, лит. А, пом. 137Н,</w:t>
      </w:r>
    </w:p>
    <w:p>
      <w:r>
        <w:t>Санкт-Петербург, 197341</w:t>
      </w:r>
    </w:p>
    <w:p>
      <w:r>
        <w:t>ПРЕДПИСАНИЕ</w:t>
      </w:r>
    </w:p>
    <w:p>
      <w:r>
        <w:t>об устранении нарушений законодательства о закупках</w:t>
      </w:r>
    </w:p>
    <w:p>
      <w:r>
        <w:t>по делу № 44-462/25</w:t>
      </w:r>
    </w:p>
    <w:p>
      <w:r>
        <w:t>17.03.2025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44-462/25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«Городской консультативно-диагностический центр № 1», конкурсной комиссии устранить нарушение п.п б) п. 1 ч. 11 ст. 48 Закона о контрактной системе и с этой целью:</w:t>
      </w:r>
    </w:p>
    <w:p>
      <w:r>
        <w:t>- в 7-дневный срок со дня размещения настоящего предписания на официальном сайте отменить протокол подведения итогов определения поставщика (подрядчика, исполнителя) от 03.03.2025 №ИЭОК1; протокол рассмотрения и оценки вторых частей заявок на участие в открытом конкурсе в электронной форме от 28.02.2025 №ПРОII1;</w:t>
      </w:r>
    </w:p>
    <w:p>
      <w:r>
        <w:t>- в 7-дневный срок со дня размещения настоящего предписания повторно рассмотреть и оценить заявки, поданные на участие в конкурсе с номером закупки 0372200186925000052, надлежащим образом сформировать протокол рассмотрения и оценки вторых частей заявок на участие в открытом конкурсе в электронной форме, протокол подведения итогов открытого конкурса в электронной форме с номером извещения 0372200186925000052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завершить процедуру закупки с номером извещения 0372200186925000052 в соответствии с законодательством о контрактной системе.</w:t>
      </w:r>
    </w:p>
    <w:p>
      <w:r>
        <w:t>2. Заказчику, конкурсной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18.04.2025.</w:t>
      </w:r>
    </w:p>
    <w:p>
      <w:r>
        <w:t>3. Оператору электронной площадки – АО «РАД»:</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