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202500114959017231</w:t>
      </w:r>
    </w:p>
    <w:p>
      <w:r>
        <w:rPr>
          <w:b/>
        </w:rPr>
        <w:t xml:space="preserve">УФАС: </w:t>
      </w:r>
      <w:r>
        <w:t>УФАС по Санкт-Петербургу</w:t>
      </w:r>
    </w:p>
    <w:p>
      <w:r>
        <w:rPr>
          <w:b/>
        </w:rPr>
        <w:t xml:space="preserve">Дата решения: </w:t>
      </w:r>
      <w:r>
        <w:t>18.12.2025</w:t>
      </w:r>
    </w:p>
    <w:p>
      <w:r>
        <w:rPr>
          <w:b/>
        </w:rPr>
        <w:t xml:space="preserve">Исход: </w:t>
      </w:r>
      <w:r>
        <w:t>обоснована</w:t>
      </w:r>
    </w:p>
    <w:p>
      <w:r>
        <w:rPr>
          <w:b/>
        </w:rPr>
        <w:t xml:space="preserve">Закупка №: </w:t>
      </w:r>
      <w:r>
        <w:t>0372200020325000118</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АО «Артис-детское питание»</w:t>
      </w:r>
    </w:p>
    <w:p>
      <w:r>
        <w:rPr>
          <w:b/>
        </w:rPr>
        <w:t xml:space="preserve">Первоисточник в ЕИС: </w:t>
      </w:r>
      <w:r>
        <w:t>https://zakupki.gov.ru/epz/complaint/card/complaint-information.html?complaintNumber=202500114959017231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 Санкт-Петербург, Солнечное п, 2-я Боровая, Д. 6 ЛИТЕРА БВ</w:t>
              <w:br/>
              <w:t>АО "АРТИС-ДЕТСКОЕ ПИТАНИЕ"</w:t>
              <w:br/>
              <w:t>195276, Г.САНКТ-ПЕТЕРБУРГ, ПР-КТ КУЛЬТУРЫ, Д. 31, К. 1 ЛИТЕР А, ЭТ/ПОМ/КОМ 1/7Н/5</w:t>
            </w:r>
          </w:p>
        </w:tc>
      </w:tr>
    </w:tbl>
    <w:p>
      <w:r>
        <w:t>РЕШЕНИЕ</w:t>
      </w:r>
    </w:p>
    <w:p>
      <w:r>
        <w:t>по делу № 078/06/105-4353/2025 о нарушении законодательства о контрактной системе</w:t>
      </w:r>
    </w:p>
    <w:p>
      <w:r>
        <w:t>18.12.2025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«Детский санаторий «Солнечное» (далее – Заказчик):;</w:t>
      </w:r>
    </w:p>
    <w:p>
      <w:r>
        <w:t>АО "АРТИС-ДЕТСКОЕ ПИТАНИЕ" (далее – Заявитель):,</w:t>
      </w:r>
    </w:p>
    <w:p>
      <w:pPr>
        <w:pStyle w:val="Heading2"/>
      </w:pPr>
      <w:r>
        <w:t>описательная часть</w:t>
      </w:r>
    </w:p>
    <w:p>
      <w:r>
        <w:t>рассмотрев посредством системы видеоконференцсвязи жалобу Заявителя (вх. № 30797/25 от 15.12.2025) на действия СПБ ГБУЗ "ДЕТСКИЙ САНАТОРИЙ "СОЛНЕЧНОЕ", (далее – Комиссия по осуществлению закупок в соответствии с 44-ФЗ), при определении (подрядчика, исполнителя) путем проведения закупки на поставку продуктов питания для нужд СПБ ГБУЗ «Детский санаторий «Солнечное» в 2026 году. (Закупка 6) (извещение № 0372200020325000118)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0372200020325000118. Максимальное значение цены контрактов: 32 515 283, 58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r>
    </w:p>
    <w:p>
      <w: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r>
    </w:p>
    <w:p>
      <w: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r>
    </w:p>
    <w:p>
      <w: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w:t>
      </w:r>
    </w:p>
    <w:p>
      <w:r>
        <w:t>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r>
    </w:p>
    <w:p>
      <w: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r>
    </w:p>
    <w:p>
      <w: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r>
    </w:p>
    <w:p>
      <w: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r>
    </w:p>
    <w:p>
      <w: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r>
    </w:p>
    <w:p>
      <w:r>
        <w:t>Значение детализирующего показателя - характеристики N 1 (качество товаров)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24.12.2025 №ПРОI3 заявке Заявителя присвоено 0 баллов:</w:t>
      </w:r>
    </w:p>
    <w:p>
      <w:r>
        <w:t>«Комиссией принято решение признать заявку соответствующей извещению об осуществлении закупки.</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«контроль за соблюдением санитарных требований» участник не предоставил график проведения вакцинации.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При этом, Комиссия УФАС отмечает, что участником предоставлены на странице 23 предложения сведения о соблюдении сотрудниками санитарных требований к личной гигиене;</w:t>
      </w:r>
    </w:p>
    <w:p>
      <w:r>
        <w:t>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w:t>
      </w:r>
    </w:p>
    <w:p>
      <w:r>
        <w:t>периодичность проведения медицинских осмотров;</w:t>
      </w:r>
    </w:p>
    <w:p>
      <w:r>
        <w:t>на странице 7 в рамках программы (плана) производственного контроля участник предоставил информацию о наличии медицинских книжек.</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у комиссии Заказчика отсутствовали основания для начисления 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АО "АРТИС-ДЕТСКОЕ ПИТАНИЕ"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"ДЕТСКИЙ САНАТОРИЙ "СОЛНЕЧНОЕ"</w:t>
              <w:br/>
              <w:t>Российская Федерация, 197739, Санкт-Петербург, Солнечное п, 2-я Боровая, Д. 6 ЛИТЕРА БВ</w:t>
              <w:br/>
              <w:t>АО "АРТИС-ДЕТСКОЕ ПИТАНИЕ"</w:t>
              <w:br/>
              <w:t>195276, Г.САНКТ-ПЕТЕРБУРГ, ПР-КТ КУЛЬТУРЫ, Д. 31, К. 1 ЛИТЕР А, ЭТ/ПОМ/КОМ 1/7Н/5</w:t>
            </w:r>
          </w:p>
        </w:tc>
      </w:tr>
    </w:tbl>
    <w:p>
      <w:r>
        <w:t>ПРЕДПИСАНИЕ</w:t>
      </w:r>
    </w:p>
    <w:p>
      <w:r>
        <w:t>по делу № 078/06/105-4353/2025 об устранении нарушений законодательства о закупках</w:t>
      </w:r>
    </w:p>
    <w:p>
      <w:r>
        <w:t>18.12.2025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078/06/105-4353/2025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САНКТ-ПЕТЕРБУРГСКОЕ ГОСУДАРСТВЕННОЕ БЮДЖЕТНОЕ УЧРЕЖДЕНИЕ ЗДРАВООХРАНЕНИЯ "ДЕТСКИЙ САНАТОРИЙ "СОЛНЕЧНОЕ"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0372200020325000118;</w:t>
      </w:r>
    </w:p>
    <w:p>
      <w:r>
        <w:t>- повторно рассмотреть первые части заявок, поданные на участие в конкурсе № 0372200020325000118,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0372200020325000118) в соответствии с законодательством о контрактной системе.</w:t>
      </w:r>
    </w:p>
    <w:p>
      <w:r>
        <w:t>2. Заказчику и комиссии Уполномоченного органа по осуществлению закупок в срок до 30.01.2026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