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202500114959017388</w:t>
      </w:r>
    </w:p>
    <w:p>
      <w:r>
        <w:rPr>
          <w:b/>
        </w:rPr>
        <w:t xml:space="preserve">УФАС: </w:t>
      </w:r>
      <w:r>
        <w:t>УФАС по Санкт-Петербургу</w:t>
      </w:r>
    </w:p>
    <w:p>
      <w:r>
        <w:rPr>
          <w:b/>
        </w:rPr>
        <w:t xml:space="preserve">Дата решения: </w:t>
      </w:r>
      <w:r>
        <w:t>19.12.2025</w:t>
      </w:r>
    </w:p>
    <w:p>
      <w:r>
        <w:rPr>
          <w:b/>
        </w:rPr>
        <w:t xml:space="preserve">Исход: </w:t>
      </w:r>
      <w:r>
        <w:t>обоснована</w:t>
      </w:r>
    </w:p>
    <w:p>
      <w:r>
        <w:rPr>
          <w:b/>
        </w:rPr>
        <w:t xml:space="preserve">Закупка №: </w:t>
      </w:r>
      <w:r>
        <w:t>0372200020325000115</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ООО «Вкусная рыба»</w:t>
      </w:r>
    </w:p>
    <w:p>
      <w:r>
        <w:rPr>
          <w:b/>
        </w:rPr>
        <w:t xml:space="preserve">Первоисточник в ЕИС: </w:t>
      </w:r>
      <w:r>
        <w:t>https://zakupki.gov.ru/epz/complaint/card/complaint-information.html?complaintNumber=202500114959017388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 Санкт-Петербург, Солнечное п, 2-я Боровая, Д. 6 ЛИТЕРА БВ</w:t>
              <w:br/>
              <w:t>ООО "ВКУСНАЯ РЫБА"</w:t>
              <w:br/>
              <w:t>197374, Г.САНКТ-ПЕТЕРБУРГ, УЛ. САВУШКИНА, Д. 124, К. 1 ЛИТЕР А, КВ. 42</w:t>
            </w:r>
          </w:p>
        </w:tc>
      </w:tr>
    </w:tbl>
    <w:p>
      <w:r>
        <w:t>РЕШЕНИЕ</w:t>
      </w:r>
    </w:p>
    <w:p>
      <w:r>
        <w:t>по делу № 078/06/105-4430/2025 о нарушении законодательства о контрактной системе</w:t>
      </w:r>
    </w:p>
    <w:p>
      <w:r>
        <w:t>22.12.2025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«Детский санаторий «Солнечное» (далее – Заказчик);</w:t>
      </w:r>
    </w:p>
    <w:p>
      <w:r>
        <w:t>ООО "ВКУСНАЯ РЫБА" (далее – Заявитель):,</w:t>
      </w:r>
    </w:p>
    <w:p>
      <w:pPr>
        <w:pStyle w:val="Heading2"/>
      </w:pPr>
      <w:r>
        <w:t>описательная часть</w:t>
      </w:r>
    </w:p>
    <w:p>
      <w:r>
        <w:t>рассмотрев посредством системы видеоконференцсвязи жалобу Заявителя (вх. № 30889/25 от 16.12.2025) на действия СПБ ГБУЗ "ДЕТСКИЙ САНАТОРИЙ "СОЛНЕЧНОЕ", (далее – Комиссия по осуществлению закупок в соответствии с 44-ФЗ), при определении (подрядчика, исполнителя) путем проведения закупки на поставку продуктов питания для нужд СПБ ГБУЗ «Детский санаторий «Солнечное» в 2026 году. (Закупка 3) (извещение № 0372200020325000115)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0372200020325000115. Максимальное значение цены контрактов: 5 284 435, 19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r>
    </w:p>
    <w:p>
      <w: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r>
    </w:p>
    <w:p>
      <w: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r>
    </w:p>
    <w:p>
      <w: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w:t>
      </w:r>
    </w:p>
    <w:p>
      <w:r>
        <w:t>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r>
    </w:p>
    <w:p>
      <w: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r>
    </w:p>
    <w:p>
      <w: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r>
    </w:p>
    <w:p>
      <w: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r>
    </w:p>
    <w:p>
      <w: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r>
    </w:p>
    <w:p>
      <w:r>
        <w:t>Значение детализирующего показателя - характеристики N 1 (качество товаров)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22.12.2025 №ПРОI3 заявке Заявителя присвоено 0 баллов:</w:t>
      </w:r>
    </w:p>
    <w:p>
      <w:r>
        <w:t>«Комиссией принято решение признать заявку соответствующей извещению об осуществлении закупки.</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«контроль за соблюдением санитарных требований» в рамках предоставления информации о периодичности проведения медицинских осмотров, а также в рамках предоставления информации о принятых мерах во исполнение таких требований участник не указал информацию о наличии медицинских книжек у сотрудников.</w:t>
      </w:r>
    </w:p>
    <w:p>
      <w:r>
        <w:t>Данное требование при осуществлении деятельности по поставке продуктов питания является обязательным на основании Федерального закона от 30.03.1999 N 52-ФЗ "О санитарно-эпидемиологическом благополучии населения".</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При этом, Комиссия УФАС отмечает, что участником представлена информация о периодичности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мероприятия по соблюдению требований к личной гигиене работников при поставке по контракту, информация о наличии медицинских книжек у сотрудников.</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начисления 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 ВКУСНАЯ РЫБА"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4</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 Санкт-Петербург, Солнечное п, 2-я Боровая, Д. 6 ЛИТЕРА БВ</w:t>
              <w:br/>
              <w:t>ООО "ВКУСНАЯ РЫБА"</w:t>
              <w:br/>
              <w:t>197374, Г.САНКТ-ПЕТЕРБУРГ, УЛ. САВУШКИНА, Д. 124, К. 1 ЛИТЕР А, КВ. 42</w:t>
            </w:r>
          </w:p>
        </w:tc>
      </w:tr>
    </w:tbl>
    <w:p>
      <w:r>
        <w:t>ПРЕДПИСАНИЕ</w:t>
      </w:r>
    </w:p>
    <w:p>
      <w:r>
        <w:t>по делу № 078/06/105-4430/2025 об устранении нарушений законодательства о закупках</w:t>
      </w:r>
    </w:p>
    <w:p>
      <w:r>
        <w:t>22.12.2025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078/06/105-4430/2025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САНКТ-ПЕТЕРБУРГСКОЕ ГОСУДАРСТВЕННОЕ БЮДЖЕТНОЕ УЧРЕЖДЕНИЕ ЗДРАВООХРАНЕНИЯ "ДЕТСКИЙ САНАТОРИЙ "СОЛНЕЧНОЕ"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0372200020325000115;</w:t>
      </w:r>
    </w:p>
    <w:p>
      <w:r>
        <w:t>- повторно рассмотреть первые части заявок, поданные на участие в конкурсе № 0372200020325000115,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0372200020325000115) в соответствии с законодательством о контрактной системе.</w:t>
      </w:r>
    </w:p>
    <w:p>
      <w:r>
        <w:t>2. Заказчику и комиссии Уполномоченного органа по осуществлению закупок в срок до 30.01.2026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