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202500132489005884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23.04.2025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0373100095225000182</w:t>
      </w:r>
    </w:p>
    <w:p>
      <w:r>
        <w:rPr>
          <w:b/>
        </w:rPr>
        <w:t xml:space="preserve">Заказчик: </w:t>
      </w:r>
      <w:r>
        <w:t>Федеральное государственное бюджетное учреждение «Национальный медицинский исследовательский центр сердечно-сосудистой хирургии имени А.Н. Бакулева» министерства здравоохранения Российской Федерации</w:t>
      </w:r>
    </w:p>
    <w:p>
      <w:r>
        <w:rPr>
          <w:b/>
        </w:rPr>
        <w:t xml:space="preserve">Заявитель: </w:t>
      </w:r>
      <w:r>
        <w:t>Закрытое акционерное общество «Сибирский успех»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https://zakupki.gov.ru/epz/complaint/card/complaint-information.html?complaintNumber=202500132489005884</w:t>
      </w:r>
    </w:p>
    <w:p/>
    <w:p>
      <w:pPr>
        <w:pStyle w:val="Heading1"/>
      </w:pPr>
      <w:r>
        <w:t>Решение</w:t>
      </w:r>
    </w:p>
    <w:p>
      <w:r>
        <w:t>ФГБУ «НМИЦ ССХ им. А.Н. Бакулева»</w:t>
        <w:br/>
        <w:t>Минздрава России</w:t>
        <w:br/>
        <w:t>tender@bakulev.ru</w:t>
        <w:br/>
        <w:t>ЗАО «Сибирский успех»</w:t>
        <w:br/>
        <w:t>tender@uspekh.ru</w:t>
        <w:br/>
        <w:t>РТС-тендер</w:t>
        <w:br/>
        <w:t>ko@rts-tender.ru</w:t>
        <w:br/>
        <w:t>РЕШЕНИЕ</w:t>
        <w:br/>
        <w:t>по делу № 077/06/106-5108/2025 о нарушении</w:t>
        <w:br/>
        <w:t>законодательства о контрактной системе</w:t>
        <w:br/>
        <w:t>23.04.2025 г. Москва</w:t>
        <w:br/>
        <w:t>Комиссия Управления Федеральной антимонопольной службы</w:t>
        <w:br/>
        <w:t>по г. Москве по контролю в сфере закупок товаров, работ, услуг</w:t>
        <w:br/>
        <w:t>(далее – Комиссия Управления) в составе:</w:t>
        <w:br/>
        <w:t>Председательствующего – заместителя начальника отдела обжалования</w:t>
        <w:br/>
        <w:t>государственных закупок Д.С. Грешневой,</w:t>
        <w:br/>
        <w:t>Членов Комиссии:</w:t>
        <w:br/>
        <w:t>Ведущего специалиста-эксперта отдела обжалования государственных закупок</w:t>
        <w:br/>
        <w:t>М.О. Мацневой,</w:t>
        <w:br/>
        <w:t>Специалиста-эксперта отдела обжалования государственных закупок</w:t>
        <w:br/>
        <w:t>М.В. Сорбучевой,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представителя ФГБУ «НМИЦ ССХ им. А.Н. Бакулева»</w:t>
        <w:br/>
        <w:t>Минздрава России : А.С. Федяевой (по дов. от 08.05.2024 №106),</w:t>
        <w:br/>
        <w:t>в отсутствие представителей ЗАО «Сибирский успех» , о времени и порядке</w:t>
        <w:br/>
        <w:t>заседания Комиссии уведомленных Московским УФАС России посредством</w:t>
        <w:br/>
        <w:t>размещения информации в Единой информационной системе,</w:t>
        <w:br/>
        <w:t>рассмотрев жалобу ЗАО «Сибирский успех» (далее — Заявитель) на действия</w:t>
        <w:br/>
        <w:t>ФГБУ «НМИЦ ССХ им. А.Н. Бакулева» Минздрава России (далее — Заказчик) при</w:t>
        <w:br/>
        <w:t>проведении электронного аукциона на право заключения государственного</w:t>
        <w:br/>
        <w:t>контракта на поставку медицинских изделий (список 8) (Закупка</w:t>
        <w:br/>
        <w:t>№0373100095225000182) (далее – электронный аукцион, аукцион) , в соответствии с</w:t>
        <w:br/>
        <w:t>Федеральным законом от 05.04.2013 №44-ФЗ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– Закон о контрактной системе),</w:t>
        <w:br/>
        <w:t>2025-19205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электронного аукциона.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России, Комиссия Управления</w:t>
        <w:br/>
        <w:t>установила следующее.</w:t>
        <w:br/>
        <w:t>В результате рассмотрения жалобы, рассмотрев представленные документы и</w:t>
        <w:br/>
        <w:t>сведения, Комиссия Управления установила следующее.</w:t>
        <w:br/>
        <w:t>Заявитель оспаривает положения извещения об осуществлении закупки,</w:t>
        <w:br/>
        <w:t>указывая на неправомерность установления преимуществ в отношении товаров</w:t>
        <w:br/>
        <w:t>российского происхождения в соответствии с Постановлением Правительства</w:t>
        <w:br/>
        <w:t>Российской Федерации от 23.12.2024 №1875 «О мерах по предоставлению</w:t>
        <w:br/>
        <w:t>национального режима при осуществлении закупок товаров, работ, услуг для</w:t>
        <w:br/>
        <w:t>обеспечения государственных и муниципальных нужд, закупок товаров, работ,</w:t>
        <w:br/>
        <w:t>услуг отдельными видами юридических лиц» (далее — Постановление №1875), в</w:t>
      </w:r>
    </w:p>
    <w:p>
      <w:r>
        <w:t>том числе, при закупке товаров, включенных и не включенных в приложении №2 к</w:t>
        <w:br/>
        <w:t>Постановлению №1875 , в отношении которых распространяются ограничения</w:t>
        <w:br/>
        <w:t>закупок для обеспечения государственных и муниципальных нужд Постановления</w:t>
        <w:br/>
        <w:t>№1875.</w:t>
        <w:br/>
        <w:t>В обоснование своей позиции в составе жалобы Заявитель указывает, что</w:t>
        <w:br/>
        <w:t>Заказчиком закупается шприц-манометр кода ОКПД2 32.50.13.110 и кода НКМИ</w:t>
        <w:br/>
        <w:t>165000, который в соответствии с письмом Росздравнадзора от 28.02.2025</w:t>
        <w:br/>
        <w:t>№10-10959/25, приобщенным к материалам дела, относится к позиции п.385</w:t>
        <w:br/>
        <w:t>перечня товаров по п риложению №2 к Постановлению №1875.</w:t>
        <w:br/>
        <w:t>Ввиду вышеописанного, по мнению Заявителя, выраженного в составе</w:t>
        <w:br/>
        <w:t>жалобы, для надлежащего формирования описания объектов закупки Заказчику</w:t>
        <w:br/>
        <w:t>следует разделить закупку на товары, включенные в приложение №2 к</w:t>
        <w:br/>
        <w:t>Постановлению №1875, и товары, не указанные в таких позициях, а также</w:t>
        <w:br/>
        <w:t>установить ограничения закупок для обеспечения государственных и</w:t>
        <w:br/>
        <w:t>муниципальных нужд Постановления №1875.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 происхождения,</w:t>
        <w:br/>
        <w:t>работой, услугой, соответственно выполняемой, оказываемой российским</w:t>
        <w:br/>
        <w:t>гражданином или российским юридическим лицом (далее - российское лицо), за</w:t>
        <w:br/>
        <w:t>исключением случаев принятия Правительством Российской Федерации мер,</w:t>
        <w:br/>
        <w:t>предусмотренных п.1 ч.2 ст.14 Закона о контрактной системе. Если иное не</w:t>
        <w:br/>
        <w:t>предусмотрено мерами, принятыми Правительством Российской Федерации в</w:t>
        <w:br/>
        <w:t>соответствии с п.1 ч.2 ст.14 Закона о контрактной системе, положения ст.14 Закона о</w:t>
        <w:br/>
        <w:t>контрактной системе, касающиеся товара российского происхождения, работы,</w:t>
        <w:br/>
        <w:t>2025-19205</w:t>
        <w:br/>
        <w:t>3</w:t>
        <w:br/>
        <w:t>услуги, соответственно выполняемой, оказываемой российским лицом,</w:t>
        <w:br/>
        <w:t>применяются также в отношении товара, происходящего из иностранного</w:t>
        <w:br/>
        <w:t>государства, работы, услуги, соответственно выполняемой, оказываемой</w:t>
        <w:br/>
        <w:t>иностранным лицом, которым предоставляются равные условия с товаром</w:t>
        <w:br/>
        <w:t>российского происхождения, работой, услугой, соответственно выполняемой,</w:t>
        <w:br/>
        <w:t>оказываемой российским лицом.</w:t>
        <w:br/>
        <w:t>В силу ч.2 ст.14 Закона о контрактной системе Правительство Российской</w:t>
        <w:br/>
        <w:t>Федерации:</w:t>
      </w:r>
    </w:p>
    <w:p>
      <w:r>
        <w:t>1) вправе с учетом положений ч.3 ст.14 Закона о контрактной системе</w:t>
        <w:br/>
        <w:t>принимать меры, устанавливающие: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лицами;</w:t>
        <w:br/>
        <w:t>в) 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услуг), работ, услуг, соответственно выполняемых, оказываемых российскими</w:t>
        <w:br/>
        <w:t>лицами;</w:t>
        <w:br/>
        <w:t>2) определяет информацию и перечень документов, которые подтверждают</w:t>
        <w:br/>
        <w:t>страну происхождения товара для целей Закона о контрактной системе, в случае</w:t>
        <w:br/>
        <w:t>принятия мер, предусмотренных п. 1 ч.2 ст.14 Закона о контрактной системе.</w:t>
        <w:br/>
        <w:t>В соответствии с п.2 ч.4 ст.14 Закона о контрактной системе при</w:t>
        <w:br/>
        <w:t>осуществлении закупки товара если Правительством Российской Федерации</w:t>
        <w:br/>
        <w:t>установлено предусмотренное пп.«б» п.1 ч.2 ст.14 Закона о контрактной системе</w:t>
        <w:br/>
        <w:t>ограничение закупок товара:</w:t>
        <w:br/>
        <w:t>а) все заявки на участие в закупке, содержащие предложения о поставке такого</w:t>
        <w:br/>
        <w:t>товара, происходящего из иностранного государства, подлежат отклонению в</w:t>
        <w:br/>
        <w:t>соответствии с Законом о контрактной системе, если на участие в закупке подана и</w:t>
        <w:br/>
        <w:t>по результатам рассмотрения признана соответствующей требованиям извещения об</w:t>
        <w:br/>
        <w:t>осуществлении закупки, документации о закупке (если Законом о контрактной</w:t>
        <w:br/>
        <w:t>системе предусмотрена документация о закупке) заявка, содержащая предложение о</w:t>
        <w:br/>
        <w:t>поставке такого товара российского происхождения;</w:t>
        <w:br/>
        <w:t>б) при исполнении контракта замена товара на происходящий из</w:t>
        <w:br/>
        <w:t>иностранного государства товар, в отношении которого установлено данное</w:t>
        <w:br/>
        <w:t>ограничение, если контракт предусматривает поставку товара российского</w:t>
        <w:br/>
        <w:t>происхождения, не допускается.</w:t>
        <w:br/>
        <w:t>Согласно п.15 ч.1 ст.42 Закона о контрактной системе при осуществлении</w:t>
        <w:br/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2025-19205</w:t>
        <w:br/>
        <w:t>4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</w:r>
    </w:p>
    <w:p>
      <w:r>
        <w:t>закупки, содержащее информацию о запрете или об ограничении закупок товаров (в</w:t>
        <w:br/>
        <w:t>том числе поставляемых при выполнении закупаемых работ, оказании закупаемых</w:t>
        <w:br/>
        <w:t>услуг), происходящих из иностранных государств, работ, услуг, соответственно</w:t>
        <w:br/>
        <w:t>выполняемых, оказываемых иностранными лицами, о преимуществе в отношении</w:t>
        <w:br/>
        <w:t>товаров российского происхождения (в том числе поставляемых при выполнении</w:t>
        <w:br/>
        <w:t>закупаемых работ, оказании закупаемых услуг), работ, услуг, соответственно</w:t>
        <w:br/>
        <w:t>выполняемых, оказываемых российскими лицами, в случае, если такие запрет,</w:t>
        <w:br/>
        <w:t>ограничение, преимущество установлены в соответствии с п.1 ч.2 ст.14 Закона о</w:t>
        <w:br/>
        <w:t>контрактной системе в отношении товара (в том числе поставляемого при</w:t>
        <w:br/>
        <w:t>выполнении закупаемой работы, оказании закупаемой услуги), работы, услуги,</w:t>
        <w:br/>
        <w:t>являющихся объектом закупки.</w:t>
        <w:br/>
        <w:t>В силу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 33</w:t>
        <w:br/>
        <w:t>Закона о контрактной системе.</w:t>
        <w:br/>
        <w:t>В соответствии с п.1 ч.1 ст.33 Закона о контрактной системе заказчиком в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</w:t>
        <w:br/>
        <w:t>Комиссией Управления определено, что в извещении об осуществлении</w:t>
        <w:br/>
        <w:t>закупки Заказчиком установлены преимущества в отношении товаров российского</w:t>
        <w:br/>
        <w:t>происхождения на основании Постановления №1875.</w:t>
        <w:br/>
        <w:t>Комиссией Управления также определено, что согласно описанию объекта</w:t>
        <w:br/>
        <w:t>закупки Заказчиком закупаются следующие медицинские изделия, в том числе:</w:t>
        <w:br/>
        <w:t>п.«Биопротез сердечного аортального клапана для транскатетерной</w:t>
        <w:br/>
        <w:t>имплантации, с каркасом в форме стента» позиции КТРУ 32.50.22.190-00005105 и</w:t>
        <w:br/>
        <w:t>кода ОКПД2 32.50.22.190;</w:t>
        <w:br/>
        <w:t>п.«Катетер баллонный для ангиопластики периферических артерий» позиции</w:t>
        <w:br/>
        <w:t>КТРУ 32.50.13.110-02990 и кода ОКПД2 32.50.13.110;</w:t>
        <w:br/>
        <w:t>п. «Шприц-манометр для баллонного катетера, одноразового использования»</w:t>
        <w:br/>
        <w:t>позиции КТРУ 32.50.13.110-00930 и кода ОКПД2 32.50.13.110.</w:t>
        <w:br/>
        <w:t>Согласно ч. 1 ст. 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</w:r>
    </w:p>
    <w:p>
      <w:r>
        <w:t>На заседании Комиссии Управления представитель Заказчика пояснил, что</w:t>
        <w:br/>
        <w:t>согласно справочной информации кода НКМИ 165000, представленной в составе</w:t>
        <w:br/>
        <w:t>выбранной позиции КТРУ 32.50.13.110-00930, шприц-манометр для баллонного</w:t>
        <w:br/>
        <w:t>катетера, одноразового использования представляет собой стерильное изделие, с</w:t>
        <w:br/>
        <w:t>помощью которого вручную надувают баллон катетера и регулируют давление в</w:t>
        <w:br/>
        <w:t>нем (например, путем введения и аспирации жидкости или воздуха внутри</w:t>
        <w:br/>
        <w:t>2025-19205</w:t>
        <w:br/>
        <w:t>5</w:t>
        <w:br/>
        <w:t>баллона), а также сдувают баллон во время проведения медицинской процедуры.</w:t>
        <w:br/>
        <w:t>Как правило, состоит из специального шприца/плунжерного механизма, манометра</w:t>
        <w:br/>
        <w:t>или встроенного датчика давления для контроля давления внутри баллона,</w:t>
        <w:br/>
        <w:t>фиксирующего механизма и соединительной трубки. Может также использоваться</w:t>
        <w:br/>
        <w:t>для надувания баллона для баллонной тампонады или эндомикроскопического</w:t>
        <w:br/>
        <w:t>зонда. По мнению представителя Заказчика, шприц-манометр не используется для</w:t>
        <w:br/>
        <w:t>инъекций, диагностических пункций, отсасывания патологического содержимого из</w:t>
        <w:br/>
        <w:t>полостей.</w:t>
        <w:br/>
        <w:t>В связи с чем представитель Заказчика отмечает, что закупаемый шприц-</w:t>
        <w:br/>
        <w:t>манометр не относится к шприцам общего назначения, поименованных в п.385</w:t>
        <w:br/>
        <w:t>приложения №2 к Постановлению №1875, ввиду чего лот сформирован из изделий,</w:t>
        <w:br/>
        <w:t>не входящих в перечень товаров, на которые распространяются ограничения</w:t>
        <w:br/>
        <w:t>Постановления №1875.</w:t>
        <w:br/>
        <w:t>В ходе рассмотрения доводов жалобы, а также оценивая пояснения сторон,</w:t>
        <w:br/>
        <w:t>Комиссией Управления считает необходимым отметить нижеследующее.</w:t>
        <w:br/>
        <w:t>Абз.3 и абз.4 п.1 Постановления №1875 установлены ограничение закупок</w:t>
        <w:br/>
        <w:t>товаров (в том числе поставляемых при выполнении закупаемых работ, оказании</w:t>
        <w:br/>
        <w:t>закупаемых услуг), происходящих из иностранных государств, работ, услуг,</w:t>
        <w:br/>
        <w:t>соответственно выполняемых, оказываемых иностранными лицами, по перечню</w:t>
        <w:br/>
        <w:t>согласно приложению № 2, и преимущество в отношении товаров российского</w:t>
        <w:br/>
        <w:t>происхождения (в том числе поставляемых при выполнении закупаемых работ,</w:t>
        <w:br/>
        <w:t>оказании закупаемых услуг).</w:t>
        <w:br/>
        <w:t>В соответствии с абз.9 пп. «г» п. 4 Постановления №1875 при осуществлении</w:t>
        <w:br/>
        <w:t>закупок в соответствии с Законом о контрактной системе, Федеральным законом</w:t>
        <w:br/>
        <w:t>«О закупках товаров, работ, услуг отдельными видами юридических лиц», за</w:t>
        <w:br/>
        <w:t>исключением закупок у единственного поставщика (подрядчика, исполнителя) и</w:t>
        <w:br/>
        <w:t>закупок у единственного поставщика (исполнителя, подрядчика) соответственно,</w:t>
        <w:br/>
        <w:t>не могут быть включены в предмет одного контракта (одного лота), одного</w:t>
      </w:r>
    </w:p>
    <w:p>
      <w:r>
        <w:t>договора (одного лота) товары, указанные в позициях 17, 139 - 141 приложения №</w:t>
        <w:br/>
        <w:t>1 к Постановлению №1875, 179, 189, 320 (в части дефибрилляторов), 362 - 432</w:t>
        <w:br/>
        <w:t>приложения № 2 к Постановлению №1875, и товары, не указанные в таких</w:t>
        <w:br/>
        <w:t>позициях.</w:t>
        <w:br/>
        <w:t>На основании пп. «д» п. 4 Постановления № 1875 позиции приложения №1 к</w:t>
        <w:br/>
        <w:t>Постановлению №1875 и приложения № 2 к Постановлению №1875 применяются,</w:t>
        <w:br/>
        <w:t>если в объект закупки включены товар, работа, услуга, наименования которых</w:t>
        <w:br/>
        <w:t>указаны в графе «Наименование товара, работы, услуги» и которые включены в</w:t>
        <w:br/>
        <w:t>код, указанный в графе «Код товара, работы, услуги по Общероссийскому</w:t>
        <w:br/>
        <w:t>классификатору продукции по видам экономической деятельности ОК 034-2014</w:t>
        <w:br/>
        <w:t>(КПЕС 2008)», или если в объект закупки включен товар, наименование которого</w:t>
        <w:br/>
        <w:t>указано в графе «Наименование товара» и который включен в код, указанный в</w:t>
        <w:br/>
        <w:t>графе «Код товара по Общероссийскому классификатору продукции по видам</w:t>
        <w:br/>
        <w:t>экономической деятельности ОК 034-2014 (КПЕС 2008)». При этом если в объект</w:t>
        <w:br/>
        <w:t>закупки включено медицинское изделие, соответствующая позиция применяется,</w:t>
        <w:br/>
        <w:t>если закупаемое медицинское изделие также относится к указанному в графе</w:t>
        <w:br/>
        <w:t>2025-19205</w:t>
        <w:br/>
        <w:t>6</w:t>
        <w:br/>
        <w:t>«Наименование товара, работы, услуги» или графе «Наименование товара» коду</w:t>
        <w:br/>
        <w:t>вида медицинского изделия в соответствии с номенклатурной классификацией</w:t>
        <w:br/>
        <w:t>медицинских изделий, утвержденной Министерством здравоохранения Российской</w:t>
        <w:br/>
        <w:t>Федерации.</w:t>
        <w:br/>
        <w:t>Исходя из буквального толкования вышеуказанного, Постановление №1875</w:t>
        <w:br/>
        <w:t>применяется, если объект закупки соответствует наименованию и коду товара (или</w:t>
        <w:br/>
        <w:t>работы, услуги) в приложениях 1 и 2, а для медицинских изделий - также и коду</w:t>
        <w:br/>
        <w:t>вида согласно номенклатурной классификации, утвержденной Минздравом.</w:t>
        <w:br/>
        <w:t>Кроме того, в соответствии с пунктами 3.2, 3.3 информационного письма</w:t>
        <w:br/>
        <w:t>Минфина России от 31.01.2025 № 24-01-06/8697 «О применении положений</w:t>
        <w:br/>
        <w:t>постановления Правительства Российской Федерации от 23 декабря 2024 г. № 1875</w:t>
        <w:br/>
        <w:t>«О мерах по предоставлению национального режима при осуществлении закупок</w:t>
        <w:br/>
        <w:t>товаров, работ, услуг для обеспечения государственных и муниципальных нужд,</w:t>
        <w:br/>
        <w:t>закупок товаров, работ, услуг отдельными видами юридических лиц» при</w:t>
      </w:r>
    </w:p>
    <w:p>
      <w:r>
        <w:t>применении Постановления № 1875 не предусматривается обеспечение дословного</w:t>
        <w:br/>
        <w:t>соответствия наименований, указанных в описании объекта закупки (предмета</w:t>
        <w:br/>
        <w:t>закупки), наименованиям, указанным в перечнях № 1 - № 3.</w:t>
        <w:br/>
        <w:t>Ввиду чего при принятии решения Комиссия Управления исходит из того, что</w:t>
        <w:br/>
        <w:t>товар «Шприц-манометр для баллонного катетера, одноразового использования»</w:t>
        <w:br/>
        <w:t>кода ОКПД2 32.50.13.110 «Шприцы, иглы, катетеры, канюли и аналогичные</w:t>
        <w:br/>
        <w:t>инструменты» включен в позицию п.385 «Иглы хирургические; инструменты</w:t>
        <w:br/>
        <w:t>колющие; шприцы» перечня товаров приложения №2, на которые</w:t>
        <w:br/>
        <w:t>распространяются ограничения, предусмотренный абз.3 п.1 Постановления</w:t>
        <w:br/>
        <w:t>Правительства Российской Федерации №1875, что также подтверждается письмом</w:t>
        <w:br/>
        <w:t>Росздравнадзора от 28.02.2025 №10-10959/25 «О предоставлении информации».</w:t>
        <w:br/>
        <w:t>Вместе с тем среди требуемых к поставке товаров, на которые</w:t>
        <w:br/>
        <w:t>распространяются ограничения Постановления №1875, Заказчиком предусмотрена</w:t>
        <w:br/>
        <w:t>закупка товаров, которые не входят ни в одно из приложений Постановления</w:t>
        <w:br/>
        <w:t>№1875, в результате чего необходимо соблюдать требования абз.9 пп. «г» п. 4</w:t>
        <w:br/>
        <w:t>Постановления №1875.</w:t>
        <w:br/>
        <w:t>Например, по п.1 Заказчиком закупается изделие «Биопротез сердечного</w:t>
        <w:br/>
        <w:t>аортального клапана для транскатетерной имплантации, с каркасом в форме</w:t>
        <w:br/>
        <w:t>стента» кода ОКПД2 32.50.22.190, который не включен в позиции 17, 139 - 141</w:t>
        <w:br/>
        <w:t>приложения № 1 к Постановлению №1875, 179, 189, 320 (в части</w:t>
        <w:br/>
        <w:t>дефибрилляторов), 362 - 432 приложения № 2 к Постановлению №1875.</w:t>
        <w:br/>
        <w:t>При вышеописанных данных Комиссия Управления исходит из того, что для</w:t>
        <w:br/>
        <w:t>осуществления данной закупки без установления ограничений, предусмотренного</w:t>
        <w:br/>
        <w:t>Постановлением №1875, Заказчику следует разделить лот на товары, включенные в</w:t>
        <w:br/>
        <w:t>приложение №2 к Постановлению №1875, и товары, не указанные в таких</w:t>
        <w:br/>
        <w:t>позициях, а также установить соответствующие положения о применении</w:t>
        <w:br/>
        <w:t>ограничений в отношении товаров, происходящих из иностранных государств.</w:t>
        <w:br/>
        <w:t>Исходя из вышеизложенного, Комиссия Управления приходит к выводу о</w:t>
        <w:br/>
        <w:t>нарушении Заказчиком ч.1 ст.14, п.1 ч.2 ст.42, п.15 ч.1 ст.42 Закона о контрактной</w:t>
        <w:br/>
        <w:t>системе, что также свидетельствует о наличии в действиях Заказчика признаков</w:t>
        <w:br/>
        <w:t>2025-19205</w:t>
        <w:br/>
        <w:t>7</w:t>
        <w:br/>
        <w:t>состава административного правонарушения, ответственность за которое</w:t>
        <w:br/>
        <w:t>предусмотрена ч. 5 ст. 7.30.1 Кодекса Российской Федерации об административных</w:t>
        <w:br/>
        <w:t>правонарушениях.</w:t>
      </w:r>
    </w:p>
    <w:p>
      <w:r>
        <w:t>Исследовав представленные материалы, руководствуясь Законом о</w:t>
        <w:br/>
        <w:t>контрактной системе, Комиссия Управления</w:t>
        <w:br/>
        <w:t>РЕШИЛА:</w:t>
        <w:br/>
        <w:t>1.Признать жалобу ЗАО «Сибирский успех» на действия ФГБУ «НМИЦ ССХ</w:t>
        <w:br/>
        <w:t>им. А.Н. Бакулева» Минздрава России обоснованной.</w:t>
        <w:br/>
        <w:t>2.Признать в действиях Заказчика нарушение ч.1 ст.14, п.1 ч.2 ст.42, п.15 ч.1</w:t>
        <w:br/>
        <w:t>ст.42 Закона о контрактной системе.</w:t>
        <w:br/>
        <w:t>3.Выдать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 Д.С. Грешнева</w:t>
        <w:br/>
        <w:t>Члены Комиссии:</w:t>
        <w:br/>
        <w:t>М.О. Мацнева</w:t>
        <w:br/>
        <w:t>М.В. Сорбучева</w:t>
        <w:br/>
        <w:t>Исп.Сорбучева М.В. тел.8(495)784-75-05</w:t>
        <w:br/>
        <w:t>2025-19205</w:t>
      </w:r>
    </w:p>
    <w:p>
      <w:pPr>
        <w:pStyle w:val="Heading1"/>
      </w:pPr>
      <w:r>
        <w:t>Предписание</w:t>
      </w:r>
    </w:p>
    <w:p>
      <w:r>
        <w:t>ФГБУ «НМИЦ ССХ им. А.Н. Бакулева»</w:t>
        <w:br/>
        <w:t>Минздрава России</w:t>
        <w:br/>
        <w:t>tender@bakulev.ru</w:t>
        <w:br/>
        <w:t>ЗАО «Сибирский успех»</w:t>
        <w:br/>
        <w:t>tender@uspekh.ru</w:t>
        <w:br/>
        <w:t>РТС-тендер</w:t>
        <w:br/>
        <w:t>ko@rts-tender.ru</w:t>
        <w:br/>
        <w:t>ПРЕДПИСАНИЕ</w:t>
        <w:br/>
        <w:t>по делу № 077/06/106-5108/2025 об устранении нарушений</w:t>
        <w:br/>
        <w:t>законодательства о контрактной системе</w:t>
        <w:br/>
        <w:t>23.04.2025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заместителя начальника отдела обжалования госу -</w:t>
        <w:br/>
        <w:t>дарственных закупок Д.С. Грешневой,</w:t>
        <w:br/>
        <w:t>Членов Комиссии:</w:t>
        <w:br/>
        <w:t>Ведущего специалиста-эксперта отдела обжалования государственных закупок</w:t>
        <w:br/>
        <w:t>М.О. Мацневой,</w:t>
        <w:br/>
        <w:t>Специалиста-эксперта отдела обжалования государственных закупок</w:t>
        <w:br/>
        <w:t>М.В.Сорбучевой,</w:t>
        <w:br/>
        <w:t>на основании решения Комиссии от 23.04.2025 по делу 077/06/106-5108/2025 ,</w:t>
        <w:br/>
        <w:t>по итогам рассмотрения жалобы ЗАО «Сибирский успех» (далее — Заявитель) на</w:t>
        <w:br/>
        <w:t>действия ФГБУ «НМИЦ ССХ им. А.Н. Бакулева» Минздрава России (далее —</w:t>
        <w:br/>
        <w:t>Заказчик) при проведении электронного аукциона на право заключения</w:t>
        <w:br/>
        <w:t>государственного контракта на поставку медицинских изделий (список 8) (Закупка</w:t>
        <w:br/>
        <w:t>№0373100095225000182) (далее – аукцион) в соответствии с Федеральным законом</w:t>
        <w:br/>
        <w:t>от 05.04.2013 №44-ФЗ «О контрактной системе в сфере закупок товаров, работ,</w:t>
        <w:br/>
        <w:t>услуг для обеспечения государственных и муниципальных нужд» (далее – Закон о</w:t>
        <w:br/>
        <w:t>контрактной системе),</w:t>
        <w:br/>
        <w:t>ПРЕДПИСЫВАЕТ:</w:t>
        <w:br/>
        <w:t>1. Заказчику, аукционной комиссии отменить протокол подведения итогов</w:t>
        <w:br/>
        <w:t>определения поставщика (подрядчика, исполнителя) .</w:t>
        <w:br/>
        <w:t>2. Оператору электронной площадки не позднее 1 рабочего дня со дня</w:t>
        <w:br/>
        <w:t>исполнения пункта 1 настоящего предписания:</w:t>
        <w:br/>
        <w:t>2025-19203</w:t>
        <w:br/>
        <w:t>2</w:t>
        <w:br/>
        <w:t>- отменить протокол подачи ценовых предложений ;</w:t>
        <w:br/>
        <w:t>- вернуть участникам закупки ранее поданные заявки на участие в аукционе;</w:t>
        <w:br/>
        <w:t>- уведомить участников закупки, подавших заявки на участие в аукционе, в</w:t>
        <w:br/>
        <w:t>том числе Заявителя, об отмене протокола подведения итогов определения</w:t>
        <w:br/>
        <w:t>поставщика (подрядчика, исполнителя), протокола подачи ценовых предложений, о</w:t>
        <w:br/>
        <w:t>прекращении действия заявок, поданных на участие в аукционе, и о возможности</w:t>
        <w:br/>
        <w:t>подать новые заявки на участие в аукционе;</w:t>
        <w:br/>
        <w:t>- прекратить блокирование операций по счетам для проведения операций по</w:t>
        <w:br/>
        <w:t>обеспечению участия в электронных аукционах, открытых участникам закупки,</w:t>
        <w:br/>
        <w:t>подавшим заявки на участие в аукционе, в отношении денежных средств в размере</w:t>
        <w:br/>
        <w:t>обеспечения заявки на участие в аукционе.</w:t>
        <w:br/>
        <w:t>3. Заказчику:</w:t>
        <w:br/>
        <w:t>- привести извещение о проведении электронного аукциона в соответствие с</w:t>
      </w:r>
    </w:p>
    <w:p>
      <w:r>
        <w:t>требованиями Закона о контрактной системе и с учетом решения от 23.04.2025 по</w:t>
        <w:br/>
        <w:t>делу № 077/06/106-5108/2025 и разместить соответствующее извещение в единой</w:t>
        <w:br/>
        <w:t>информационной системе ;</w:t>
        <w:br/>
        <w:t>- назначить новую дату окончания срока подачи заявок на участие в аукционе,</w:t>
        <w:br/>
        <w:t>дату подачи ценовых предложений, дату подведения итогов определения поставщика</w:t>
        <w:br/>
        <w:t>(подрядчика, исполнителя), а также разместить указанные сведения в единой</w:t>
        <w:br/>
        <w:t>информационной системе в сфере закупок. При этом дата окончания срока подачи</w:t>
        <w:br/>
        <w:t>заявок на участие в аукционе должна быть назначена в соответствии с ч.4 ст.42</w:t>
        <w:br/>
        <w:t>Закона о контрактной системе.</w:t>
        <w:br/>
        <w:t>4. Оператору электронной площадки не позднее 1 рабочего дня со дня</w:t>
        <w:br/>
        <w:t>исполнения пункта 3 настоящего предписания:</w:t>
        <w:br/>
        <w:t>- назначить время подачи ценовых предложений и разместить на электронной</w:t>
        <w:br/>
        <w:t>площадке информацию о времени подачи ценовых предложений;</w:t>
        <w:br/>
        <w:t>уведомить участников закупки, подавших заявки на участие в аукционе, в том</w:t>
        <w:br/>
        <w:t>числе Заявителя, о новой дате окончания срока подачи заявок на участие в аукционе,</w:t>
        <w:br/>
        <w:t>дате подачи ценовых предложений, дате подведения итогов определения поставщика</w:t>
        <w:br/>
        <w:t>(подрядчика, исполнителя), а также о возможности подать новые заявки на участие в</w:t>
        <w:br/>
        <w:t>аукционе.</w:t>
        <w:br/>
        <w:t>5.Заказчику, аукционной комиссии, оператору электронной площадки</w:t>
        <w:br/>
        <w:t>осуществить дальнейшее проведение процедуры закупки в соответствии с</w:t>
        <w:br/>
        <w:t>требованиями законодательства Российской Федерации о контрактной системе и с</w:t>
        <w:br/>
        <w:t>учетом решения Московского УФАС России от 23.04.2025 по делу 077/06/106-</w:t>
        <w:br/>
        <w:t>5108/2025.</w:t>
        <w:br/>
        <w:t>6. Заказчику, аукционной комиссии в срок до 23.05.2025 представить в</w:t>
        <w:br/>
        <w:t>Московское УФАС России подтверждение исполнения настоящего п редписания в</w:t>
        <w:br/>
        <w:t>письменном виде или по факсимильной связи (8(495) 607-42-92) или электронной</w:t>
        <w:br/>
        <w:t>почте по адресу: to77@fas.gov.ru.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2025-19203</w:t>
        <w:br/>
        <w:t>3</w:t>
        <w:br/>
        <w:t>требования органа, уполномоченного на осуществление контроля в сфере закупок,</w:t>
        <w:br/>
        <w:t>за исключением органа, указанного в ч. 7.1 ст. 19.5 Кодекса Российской Федерации</w:t>
        <w:br/>
        <w:t>об административных правонарушениях влечет наложение административного</w:t>
      </w:r>
    </w:p>
    <w:p>
      <w:r>
        <w:t>штрафа на должностных лиц в размере пятидесяти тысяч рублей; на юридических</w:t>
        <w:br/>
        <w:t>лиц - пятисот тысяч рублей в соответствии с ч.7 ст.19.5 Кодекса Российской</w:t>
        <w:br/>
        <w:t>Федерации об административных правонарушениях.</w:t>
        <w:br/>
        <w:t>Настоящее предписание от 23.04.2025 по делу № 077/06/106-5108/2025 может</w:t>
        <w:br/>
        <w:t>быть обжаловано в судебном порядке в Арбитражном суде г. Москвы в течение 3</w:t>
        <w:br/>
        <w:t>(трех) месяцев с даты его принятия в порядке, установленным гл. 24 АПК РФ.</w:t>
        <w:br/>
        <w:t>Председательствующий Д.С. Грешнева</w:t>
        <w:br/>
        <w:t>Члены Комиссии:</w:t>
        <w:br/>
        <w:t>М.О. Мацнева</w:t>
        <w:br/>
        <w:t>М.В. Сорбучева</w:t>
        <w:br/>
        <w:t>Исп.Сорбучева М.В.</w:t>
        <w:br/>
        <w:t>тел.8(495)784-75-05</w:t>
        <w:br/>
        <w:t>2025-19203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