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202500132489014724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26.09.2025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0373200216725000105</w:t>
      </w:r>
    </w:p>
    <w:p>
      <w:r>
        <w:rPr>
          <w:b/>
        </w:rPr>
        <w:t xml:space="preserve">Заказчик: </w:t>
      </w:r>
      <w:r>
        <w:t>Государственное автономное учреждение здравоохранения города Москвы «Московский научно-практический центр медицинской реабилитации, восстановительной и спортивной медицины имени С.И. Спасокукоцкого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«АКТИВ»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https://zakupki.gov.ru/epz/complaint/card/complaint-information.html?complaintNumber=202500132489014724</w:t>
      </w:r>
    </w:p>
    <w:p/>
    <w:p>
      <w:pPr>
        <w:pStyle w:val="Heading1"/>
      </w:pPr>
      <w:r>
        <w:t>Решение</w:t>
      </w:r>
    </w:p>
    <w:p>
      <w:r>
        <w:t>ООО «АКТИВ»</w:t>
        <w:br/>
        <w:t>e.mironova@berimed.ru</w:t>
        <w:br/>
        <w:t>ГАУЗ МНПЦ МРВСМ им. С.И.</w:t>
        <w:br/>
        <w:t>Спасокукоцкого ДЗМ</w:t>
        <w:br/>
        <w:t>mnpcsm-ks@zdrav.mos.ru</w:t>
        <w:br/>
        <w:t>РЕШЕНИЕ</w:t>
        <w:br/>
        <w:t>по делу № 077/06/106-11893/2025 о нарушении</w:t>
        <w:br/>
        <w:t>законодательства о контрактной системе</w:t>
        <w:br/>
        <w:t>29.09.2025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ГАУЗ МНПЦ МРВСМ им. С.И. Спасокукоцкого ДЗМ: О.В. Череповской (по</w:t>
        <w:br/>
        <w:t>дов. №19-Д/25 от 21.02.2025),</w:t>
        <w:br/>
        <w:t>ООО «АКТИВ»: А.Н. Дудко (по дов. № 365 от 19.09.2024),</w:t>
        <w:br/>
        <w:t>рассмотрев жалобу ООО «АКТИВ» (далее — Заявитель) на действия</w:t>
        <w:br/>
        <w:t>ГАУЗ МНПЦ МРВСМ им. С.И. Спасокукоцкого ДЗМ (далее — Заказчик) при</w:t>
        <w:br/>
        <w:t>проведении электронного аукциона на право заключения государственного контракта</w:t>
        <w:br/>
        <w:t>на поставку вакуумных систем для сбора образцов мочи ( Закупка</w:t>
        <w:br/>
        <w:t>№0373200216725000105) (далее – аукциона),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2025-44751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п.1 ч.2 ст.42 Закона о контрактной системе и звещение об</w:t>
        <w:br/>
        <w:t>осуществлении закупки должно содержать описание объекта закупки в</w:t>
        <w:br/>
        <w:t>соответствии со ст. 33 Закона о контрактной системе 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</w:r>
    </w:p>
    <w:p>
      <w:r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2025-44751</w:t>
        <w:br/>
        <w:t>3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  <w:br/>
        <w:t>Таким образом, ст.33 Закона о контрактной систем содержит в себе закрытый</w:t>
        <w:br/>
        <w:t>перечень случаев, когда Заказчик вправе закупать товары конкретного</w:t>
      </w:r>
    </w:p>
    <w:p>
      <w:r>
        <w:t>производителя (пп. «б» - «г» п.1 ч.1 ст.33 Закона о контрактной системе), во всех</w:t>
        <w:br/>
        <w:t>остальных случаях, совокупности всех требований извещения, в том числе и всем</w:t>
        <w:br/>
        <w:t>требованиям описания объекта закупки, должны соответствовать товары как</w:t>
        <w:br/>
        <w:t>минимум двух различных 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</w:t>
        <w:br/>
        <w:t>действующего законодательства.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В составе жалобы Заявитель указывает, что согласно описанию объекта</w:t>
        <w:br/>
        <w:t>закупки совокупности установленных требований соответствует товар</w:t>
        <w:br/>
        <w:t>единственного производителя, а именно ООО «Гранат Био Тех», Россия, при этом</w:t>
        <w:br/>
        <w:t>ограничивающим требованием является наличие полнозаходной винтовой резьбы</w:t>
        <w:br/>
        <w:t>на крышке и пробирке по п.1-2 описания объекта закупки, ввиду чего к поставке в</w:t>
        <w:br/>
        <w:t>данной закупке не представляется возможным предложить товары различных</w:t>
        <w:br/>
        <w:t>производителей, зарегистрированных на территории Российской Федерации, за</w:t>
        <w:br/>
        <w:t>исключением единственного производителя, а именно ООО «Гранат Био Тех»,</w:t>
        <w:br/>
        <w:t>Россия, что не соответствует положению ч.1 ст.33 Закона о контрактной системе и</w:t>
        <w:br/>
        <w:t>ограничивает количество участников закупки.</w:t>
        <w:br/>
        <w:t>Комиссией Управления установлено, что согласно извещению об</w:t>
        <w:br/>
        <w:t>осуществлении закупки Заказчиком установлены следующие оспариваемые</w:t>
        <w:br/>
        <w:t>требования:</w:t>
        <w:br/>
        <w:t>- по п 1 «Контейнер вакуумный для сбора образцов мочи ИВД, без добавок»</w:t>
        <w:br/>
        <w:t>2025-44751</w:t>
        <w:br/>
        <w:t>4</w:t>
        <w:br/>
        <w:t>позиции КТРУ 32.50.50.000-00000622: «Конструктивные особенности: Резьба на</w:t>
        <w:br/>
        <w:t>крышке и пробирке полнозаходная винтовая»;</w:t>
        <w:br/>
        <w:t>- по п.2 «Контейнер вакуумный для сбора образцов мочи ИВД, с комбинацией</w:t>
        <w:br/>
        <w:t>консервантов» позиции КТРУ 32.50.50.190-00000689: «Конструктивные</w:t>
        <w:br/>
        <w:t>особенности: Полнозаходная винтовая резьба на крышке и пробирке».</w:t>
      </w:r>
    </w:p>
    <w:p>
      <w:r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 включил в описание объекта закупки характеристику, подразумевающую</w:t>
        <w:br/>
        <w:t>винтовую резьбу на крышке и пробирке, поскольку такой функционал товара</w:t>
        <w:br/>
        <w:t>позволяет обеспечить сохранность образцов при транспортировке, надежное и</w:t>
        <w:br/>
        <w:t>герметичное закрывание - это основное свойство любой вакуумной пробирки и</w:t>
        <w:br/>
        <w:t>герметичность конструкции создается только за счет плотного соединения резиновой</w:t>
        <w:br/>
        <w:t>пробки и трубки пробирки, на герметичность соединения пробки с пробиркой могут</w:t>
        <w:br/>
        <w:t>оказывать влияние внешние факторы и винтовые крышки являются более</w:t>
        <w:br/>
        <w:t>устойчивыми к таким воздействиям. Механизм удержания винтовой пробирки</w:t>
        <w:br/>
        <w:t>препятствует срыву крышки, поскольку в период доставки образцы биологических</w:t>
        <w:br/>
        <w:t>материалов могут быть подвержены воздействию различных физических факторов</w:t>
        <w:br/>
        <w:t>(например, воздействие температуры, трения), что может привести к снижению</w:t>
        <w:br/>
        <w:t>герметичности пробирки и ослабить соединение пробирки с крышкой, что не</w:t>
        <w:br/>
        <w:t>представляется возможным в случае винтовой крышки с резьбой.</w:t>
        <w:br/>
        <w:t>В обоснование своей позиции представитель Заказчика также отметил, что</w:t>
        <w:br/>
        <w:t>установление требования относительно крышки с винтовой резьбой отвечает</w:t>
        <w:br/>
        <w:t>требованиям ГОСТ Р ИСО 15190-2023 «Национальный стандарт Российской</w:t>
        <w:br/>
        <w:t>Федерации. Лаборатории медицинские. Требования безопасности», согласно</w:t>
        <w:br/>
        <w:t>которому медицинские лаборатории в ходе выполнения работ с органическими</w:t>
        <w:br/>
        <w:t>жидкостями должны руководствоваться принципами снижения и исключения</w:t>
        <w:br/>
        <w:t>образования аэрозолей и разлития биоматериалов. что отражено в Практическом</w:t>
        <w:br/>
        <w:t>руководстве по биологической безопасности в лабораторных условиях (табл.10),</w:t>
        <w:br/>
        <w:t>ввиду чего пробирки с завинчивающимися крышками являются эффективной мерой</w:t>
        <w:br/>
        <w:t>изоляции биоматериала.</w:t>
        <w:br/>
        <w:t>При этом представитель Заказчика добавил, что предметом закупки является</w:t>
        <w:br/>
        <w:t>поставка, а не производство товара, и, как следствие, участник не ограничен в</w:t>
        <w:br/>
        <w:t>выборе контрагентов для закупки и поставки товара, в полной мере</w:t>
        <w:br/>
        <w:t>соответствующего установленным и обоснованным при описании объекта закупки</w:t>
        <w:br/>
        <w:t>требованиям Заказчика.</w:t>
      </w:r>
    </w:p>
    <w:p>
      <w:r>
        <w:t>Таким образом на российском рынке свободно обращается товар,</w:t>
        <w:br/>
        <w:t>соответствующий потребности Заказчика, в том числе указанный Заявителем в</w:t>
        <w:br/>
        <w:t>жалобе, производства ООО «Гранат Био Тех» - Пробирки вакуумные «Acti-Fine®»</w:t>
        <w:br/>
        <w:t>для сбора проб мочи по ТУ 32.50.50-003-00057974-2020 (РУ РЗН 2021/15036),</w:t>
        <w:br/>
        <w:t>2025-44751</w:t>
        <w:br/>
        <w:t>5</w:t>
        <w:br/>
        <w:t>данный товар и может быть поставлен любым хозяйствующим субъектом, ввиду</w:t>
        <w:br/>
        <w:t>чего представитель Заказчика приходит к выводу о надлежащем формировании</w:t>
        <w:br/>
        <w:t>описания объекта закупки, а также об отсутствии ограничения количества</w:t>
        <w:br/>
        <w:t>участников.</w:t>
        <w:br/>
        <w:t>Вместе с тем Комиссия Управления отмечает, что ст.33 Закона о контрактной</w:t>
        <w:br/>
        <w:t>систем содержит в себе закрытый перечень случаев, когда Заказчик вправе закупать</w:t>
        <w:br/>
        <w:t>товары конкретного производителя (пп. «б» - «г» п.1 ч.1 ст.33 Закона о контрактной</w:t>
        <w:br/>
        <w:t>системе), во всех остальных случаях, совокупности всех требований извещения, в</w:t>
        <w:br/>
        <w:t>том числе и всем требованиям описания объекта закупки, должны соответствовать</w:t>
        <w:br/>
        <w:t>товары как минимум двух различных производителей.</w:t>
        <w:br/>
        <w:t>Одновременно с этим обязанность по формированию описания объекта</w:t>
        <w:br/>
        <w:t>закупки в соответствии с положениями ст.33 Закона о контрактной системе</w:t>
        <w:br/>
        <w:t>возложена на Заказчика, следовательно, именно Заказчик при формировании</w:t>
        <w:br/>
        <w:t>извещения об осуществлении закупочной процедуры должен обладать</w:t>
        <w:br/>
        <w:t>документальным подтверждением соответствие описания объекта закупки</w:t>
        <w:br/>
        <w:t>требованиям действующего законодательства.</w:t>
        <w:br/>
        <w:t>В свою очередь, в материалы дела Заказчиком не представлено сведений,</w:t>
        <w:br/>
        <w:t>свидетельствующих о наличии товара, являющегося аналогом товара</w:t>
        <w:br/>
        <w:t>единственного производителя.</w:t>
        <w:br/>
        <w:t>Комиссия Управления также отмечает, что если у Заказчика имеются</w:t>
        <w:br/>
        <w:t>определенные обоснованные потребности в получении тех или иных товаров, он</w:t>
        <w:br/>
        <w:t>вправе устанавливать соответствующие требования к товарам в извещении об</w:t>
        <w:br/>
        <w:t>осуществлении закупки, но таким образом, чтобы такие требования не ограничивали</w:t>
        <w:br/>
        <w:t>количество участников закупки.</w:t>
        <w:br/>
        <w:t>Кроме того, при наличии у Заказчика обоснованной потребности в поставке</w:t>
        <w:br/>
        <w:t>именно таких товаров, характеристики которых указаны в извещении, Заказчику</w:t>
        <w:br/>
        <w:t>необходимо определить каким образом требуемый товар наилучшим образом</w:t>
        <w:br/>
        <w:t>удовлетворяет потребность Заказчика, а также в чем такой товар превосходит по</w:t>
        <w:br/>
        <w:t>характеристикам аналогичные товары, представленные на рынке и в связи с чем в</w:t>
      </w:r>
    </w:p>
    <w:p>
      <w:r>
        <w:t>работе учреждения не могут быть использованы эквивалентные товары.</w:t>
        <w:br/>
        <w:t>При этом Заказчику требуется обладать документальным обоснованием</w:t>
        <w:br/>
        <w:t>потребности, но не руководствоваться предположениями. Доказательств обратного,</w:t>
        <w:br/>
        <w:t>а именно необходимости закупки исключительно товаров данного производителя</w:t>
        <w:br/>
        <w:t>представителем Заказчика не доказано.</w:t>
        <w:br/>
        <w:t>На основе вышеизложенного, с учетом имеющихся документов и сведений,</w:t>
        <w:br/>
        <w:t>Комиссия Управления приходит к выводу об обоснованности указанных доводов</w:t>
        <w:br/>
        <w:t>жалобы и о нарушении Заказчиком положений п.1 ч.1 ст.33 Закона о контрактной</w:t>
        <w:br/>
        <w:t>системе при формировании требований извещения об осуществлении закупки, что</w:t>
        <w:br/>
        <w:t>содержит признаки состава административного правонарушения, ответственность за</w:t>
        <w:br/>
        <w:t>которое предусмотрена ч.6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2025-44751</w:t>
        <w:br/>
        <w:t>6</w:t>
        <w:br/>
        <w:t>Р Е Ш И Л А :</w:t>
        <w:br/>
        <w:t>1.Признать жалобу ООО «АКТИВ» на действия ГАУЗ МНПЦ МРВСМ им.</w:t>
        <w:br/>
        <w:t>С.И. Спасокукоцкого ДЗМ обоснованной.</w:t>
        <w:br/>
        <w:t>2.Признать в действиях Заказчика нарушения п.1 ч.1 ст.33 Закона о</w:t>
        <w:br/>
        <w:t>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выдано</w:t>
        <w:br/>
        <w:t>ранее по жалобе ЧРО ОООИ ВОГ в рамках рассмотрения дела №077/06/106-</w:t>
        <w:br/>
        <w:t>11892/2025 от 29.09.2025. При этом при исполнении указанного предписания</w:t>
        <w:br/>
        <w:t>Заказчику, комиссии Заказчика следует также руководствоваться позицией,</w:t>
        <w:br/>
        <w:t>изложенной в настоящем решении.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Е.Д. Мартьянова</w:t>
        <w:br/>
        <w:t>Члены комиссии:</w:t>
        <w:br/>
        <w:t>А.А. Леонова</w:t>
        <w:br/>
        <w:t>О.А. Челнова</w:t>
        <w:br/>
        <w:t>Исп.Челнова О.А.</w:t>
        <w:br/>
        <w:t>тел.(495) 784-75-05</w:t>
        <w:br/>
        <w:t>2025-44751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