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202500187298002989</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https://zakupki.gov.ru/epz/complaint/card/complaint-information.html?complaintNumber=202500187298002989</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