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202500187298003413</w:t>
      </w:r>
    </w:p>
    <w:p>
      <w:r>
        <w:rPr>
          <w:b/>
        </w:rPr>
        <w:t xml:space="preserve">УФАС: </w:t>
      </w:r>
      <w:r>
        <w:t>УФАС по Московской области</w:t>
      </w:r>
    </w:p>
    <w:p>
      <w:r>
        <w:rPr>
          <w:b/>
        </w:rPr>
        <w:t xml:space="preserve">Дата решения: </w:t>
      </w:r>
      <w:r>
        <w:t>03.06.2025</w:t>
      </w:r>
    </w:p>
    <w:p>
      <w:r>
        <w:rPr>
          <w:b/>
        </w:rPr>
        <w:t xml:space="preserve">Исход: </w:t>
      </w:r>
      <w:r>
        <w:t>обоснована</w:t>
      </w:r>
    </w:p>
    <w:p>
      <w:r>
        <w:rPr>
          <w:b/>
        </w:rPr>
        <w:t xml:space="preserve">Закупка №: </w:t>
      </w:r>
      <w:r>
        <w:t>0348200080425000079</w:t>
      </w:r>
    </w:p>
    <w:p>
      <w:r>
        <w:rPr>
          <w:b/>
        </w:rPr>
        <w:t xml:space="preserve">Заказчик: </w:t>
      </w:r>
      <w:r>
        <w:t>ГКУ Московской области «Московская областная противопожарно-спасательная служба»</w:t>
      </w:r>
    </w:p>
    <w:p>
      <w:r>
        <w:rPr>
          <w:b/>
        </w:rPr>
        <w:t xml:space="preserve">Заявитель: </w:t>
      </w:r>
      <w:r>
        <w:t>ООО «Акселот-тех»</w:t>
      </w:r>
    </w:p>
    <w:p>
      <w:r>
        <w:rPr>
          <w:b/>
        </w:rPr>
        <w:t xml:space="preserve">Первоисточник в ЕИС: </w:t>
      </w:r>
      <w:r>
        <w:t>https://zakupki.gov.ru/epz/complaint/card/complaint-information.html?complaintNumber=202500187298003413</w:t>
      </w:r>
    </w:p>
    <w:p/>
    <w:p>
      <w:pPr>
        <w:pStyle w:val="Heading1"/>
      </w:pPr>
      <w:r>
        <w:t>Решение</w:t>
      </w:r>
    </w:p>
    <w:p>
      <w:pPr>
        <w:pStyle w:val="Heading2"/>
      </w:pPr>
      <w:r>
        <w:t>вводная часть</w:t>
      </w:r>
    </w:p>
    <w:p>
      <w:r>
        <w:t>Заказчик:</w:t>
      </w:r>
    </w:p>
    <w:p>
      <w:r>
        <w:t>Государственное казенное учреждение Московской области «Московская областная противопожарно-спасательная служба»</w:t>
      </w:r>
    </w:p>
    <w:p>
      <w:r>
        <w:t>mospas_ogz@mosreg.ru</w:t>
      </w:r>
    </w:p>
    <w:p>
      <w:r>
        <w:t>Оператор электронной площадки:</w:t>
      </w:r>
    </w:p>
    <w:p>
      <w:r>
        <w:t>ООО «РТС-тендер»</w:t>
      </w:r>
    </w:p>
    <w:p>
      <w:r>
        <w:t>ko@rts-tender.ru</w:t>
      </w:r>
    </w:p>
    <w:p>
      <w:r>
        <w:t>Заявитель:</w:t>
      </w:r>
    </w:p>
    <w:p>
      <w:r>
        <w:t>ООО «АКСЕЛОТ-ТЕХ»</w:t>
      </w:r>
    </w:p>
    <w:p>
      <w:r>
        <w:t>setyukov@yandex.ru</w:t>
      </w:r>
    </w:p>
    <w:p>
      <w:r>
        <w:t>РЕШЕНИЕ</w:t>
      </w:r>
    </w:p>
    <w:p>
      <w:r>
        <w:t>по делу № 050/06/105-19333/2025 о нарушении</w:t>
      </w:r>
    </w:p>
    <w:p>
      <w:r>
        <w:t>законодательства Российской Федерации</w:t>
      </w:r>
    </w:p>
    <w:p>
      <w:r>
        <w:t>о контрактной системе в сфере закупок</w:t>
      </w:r>
    </w:p>
    <w:tbl>
      <w:tblPr>
        <w:tblStyle w:val="TableGrid"/>
        <w:tblW w:type="auto" w:w="0"/>
        <w:tblLook w:firstColumn="1" w:firstRow="1" w:lastColumn="0" w:lastRow="0" w:noHBand="0" w:noVBand="1" w:val="04A0"/>
      </w:tblPr>
      <w:tblGrid>
        <w:gridCol w:w="4320"/>
        <w:gridCol w:w="4320"/>
      </w:tblGrid>
      <w:tr>
        <w:tc>
          <w:tcPr>
            <w:tcW w:type="dxa" w:w="4320"/>
          </w:tcPr>
          <w:p>
            <w:r>
              <w:t>04.06.2025</w:t>
            </w:r>
          </w:p>
        </w:tc>
        <w:tc>
          <w:tcPr>
            <w:tcW w:type="dxa" w:w="4320"/>
          </w:tcPr>
          <w:p>
            <w:r>
              <w:t>Москва</w:t>
            </w:r>
          </w:p>
        </w:tc>
      </w:tr>
    </w:tbl>
    <w:p>
      <w:r>
        <w:t>Комиссия Московского областного УФАС России в сфере закупок товаров, работ, услуг для обеспечения государственных и муниципальных нужд (далее – Управление, Комиссия)</w:t>
      </w:r>
    </w:p>
    <w:p>
      <w:pPr>
        <w:pStyle w:val="Heading2"/>
      </w:pPr>
      <w:r>
        <w:t>описательная часть</w:t>
      </w:r>
    </w:p>
    <w:p>
      <w:r>
        <w:t>рассмотрев жалобу ООО «АКСЕЛОТ-ТЕХ» (далее – Заявитель) на действия (бездействие) Государственного казенного учреждения Московской области «Московская областная противопожарно-спасательная служба» (далее - Заказчик) при определении поставщика (подрядчика, исполнителя) путем проведения ООО «РТС-тендер» (далее - Оператор электронной площадки) электронного аукциона на поставку дизельных электростанций 100 кВт в комплекте с кабельной сетью (извещение № 0348200080425000079 на официальном сайте Единой информационной системы в сфере закупок – www.zakupki.gov.ru (далее – Официальный сайт)) (далее – Аукцион), и в результате осуществления внеплановой проверки в части доводов жалобы Заявителя в соответствии с пунктом 1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Закон о контрактной системе),</w:t>
      </w:r>
    </w:p>
    <w:p>
      <w:r>
        <w:t>УСТАНОВИЛА:</w:t>
      </w:r>
    </w:p>
    <w:p>
      <w:r>
        <w:t>В Управление поступила жалоба Заявителя на действия Аукционной комиссии при проведении Заказчиками, Оператором электронной площадки Аукциона.</w:t>
      </w:r>
    </w:p>
    <w:p>
      <w:r>
        <w:t>По мнению Заявителя, его права и законные интересы нарушены действиями Аукционной комиссии в части ненадлежащего рассмотрения заявок участников закупки.</w:t>
      </w:r>
    </w:p>
    <w:p>
      <w:r>
        <w:t>В соответствии с извещением о проведении Аукциона, протоколами, составленными при осуществлении закупки:</w:t>
      </w:r>
    </w:p>
    <w:p>
      <w:r>
        <w:t>дата размещения извещения о проведении Аукциона – 13.05.2025;</w:t>
      </w:r>
    </w:p>
    <w:p>
      <w:r>
        <w:t>начальная максимальная цена контракта - 6 727 573,97 руб.;</w:t>
      </w:r>
    </w:p>
    <w:p>
      <w:r>
        <w:t>дата окончания подачи заявок – 21.05.2025;</w:t>
      </w:r>
    </w:p>
    <w:p>
      <w:r>
        <w:t>на участие в Аукционе подано 16 заявок от участников закупки, признанные соответствующими требованиям извещения о проведении Аукциона.</w:t>
      </w:r>
    </w:p>
    <w:p>
      <w:r>
        <w:t>Согласно доводу жалобы Заявителя, Аукционной комиссией при рассмотрения заявок на участие в закупке не применены ограничения, предусмотренные положениями Постановления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что при осуществлении закупок в соответствии с Законом о контрактной системе и закупок в соответствии с Федеральным законом «О закупках товаров, работ, услуг отдельными видами юридических лиц» (далее – Постановление № 1875).</w:t>
      </w:r>
    </w:p>
    <w:p>
      <w:r>
        <w:t>На основании части 12 статьи 48 Закона о контрактной системе при рассмотрении вторых частей заявок на участие в закупке соответствующая заявка подлежит отклонению в случаях:</w:t>
      </w:r>
    </w:p>
    <w:p>
      <w:r>
        <w:t>1) непредставления (за исключением случаев, предусмотренных настоящим Федеральным законом) в заявке на участие в закупке информации и документов, предусмотренных извещением об осуществлении закупки в соответствии с настоящим Федеральным законом (за исключением информации и документов, предусмотренных пунктами 2 и 3 части 6 статьи 43 настоящего Федерального закона), несоответствия таких информации и документов требованиям, установленным в извещении об осуществлении закупки;</w:t>
      </w:r>
    </w:p>
    <w:p>
      <w:r>
        <w:t>2) непредставления информации и документов, предусмотренных пунктами 2 и 3 части 6 статьи 43 настоящего Федерального закона, несоответствия таких информации и документов требованиям, установленным в извещении об осуществлении закупки;</w:t>
      </w:r>
    </w:p>
    <w:p>
      <w:r>
        <w:t>3) несоответствия участника закупки требованиям, установленным в извещении об осуществлении закупки в соответствии с частью 1 статьи 31 настоящего Федерального закона, требованиям, установленным в извещении об осуществлении закупки в соответствии с частями 1.1, 2 и 2.1 (при наличии таких требований) статьи 31 настоящего Федерального закона;</w:t>
      </w:r>
    </w:p>
    <w:p>
      <w:r>
        <w:t>4) предусмотренных подпунктом "а" пункта 1 (за исключением случая, предусмотренного пунктом 5 настоящей части), подпунктом "а" пункта 2 части 4, подпунктом "а" пункта 1 (за исключением случая, предусмотренного пунктом 5 настоящей части), пунктом 2 части 5 статьи 14 настоящего Федерального закона;</w:t>
      </w:r>
    </w:p>
    <w:p>
      <w:r>
        <w:t>(5) непредставления информации и документов, предусмотренных пунктом 5 части 1 статьи 43 настоящего Федерального закона, если такие информация и документы определены в соответствии с пунктом 2 части 2 статьи 14 настоящего Федерального закона (в случае установления в соответствии с подпунктом "а" пункта 1 части 2 статьи 14 настоящего Федерального закона в извещении об осуществлении закупки запрета закупок товара, происходящего из иностранного государства);</w:t>
      </w:r>
    </w:p>
    <w:p>
      <w:r>
        <w:t>6) выявления отнесения участника закупки к организациям, предусмотренным пунктом 4 статьи 2 Федерального закона от 4 июня 2018 года № 127-ФЗ «О мерах воздействия (противодействия) на недружественные действия Соединенных Штатов Америки и иных иностранных государств», в случае осуществления закупки работ, услуг, включенных в перечень, определенный Правительством Российской Федерации в соответствии с указанным пунктом;</w:t>
      </w:r>
    </w:p>
    <w:p>
      <w:r>
        <w:t>7) предусмотренных частью 6 статьи 45 настоящего Федерального закона;</w:t>
      </w:r>
    </w:p>
    <w:p>
      <w:r>
        <w:t>8) выявления недостоверной информации, содержащейся в заявке на участие в закупке;</w:t>
      </w:r>
    </w:p>
    <w:p>
      <w:r>
        <w:t>9) указания информации о предложении участника закупки, предусмотренном пунктом 3 или пунктом 4 части 1 статьи 43 настоящего Федерального закона.</w:t>
      </w:r>
    </w:p>
    <w:p>
      <w:r>
        <w:t>В соответствии с частью 5 статьи 49 Закона о контрактной системе не позднее двух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установленной в извещении об осуществлении закупки:</w:t>
      </w:r>
    </w:p>
    <w:p>
      <w:r>
        <w:t>1) члены комиссии по осуществлению закупок:</w:t>
      </w:r>
    </w:p>
    <w:p>
      <w:r>
        <w:t>а) рассматривают заявки на участие в закупке, информацию и документы, направленные оператором электронной площадки в соответствии с пунктом 4 части 4 настоящей статьи,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 предусмотренным пунктами 1 - 8 части 12 статьи 48 настоящего Федерального закона;</w:t>
      </w:r>
    </w:p>
    <w:p>
      <w:r>
        <w:t>б) на основании информации, содержащейся в протоколе подачи ценовых предложений, а также результатов рассмотрения, предусмотренного подпунктом "а" настоящего пункта, присваивают каждой заявке на участие в закупке, признанной соответствующей извещению об осуществлении закупки, порядковый номер в порядке возрастания минимального ценового предложения участника закупки, подавшего такую заявку (за исключением случая, предусмотренного пунктом 9 части 3 настоящей статьи, при котором порядковые номера заявкам участников закупки, подавших ценовые предложения после подачи ценового предложения, предусмотренного абзацем первым пункта 9 части 3 настоящей статьи, присваиваются в порядке убывания размера ценового предложения участника закупки), и с учетом положений нормативных правовых актов, принятых в соответствии со статьей 14 настоящего Федерального закона. Заявке на участие в закупке победителя определения поставщика (подрядчика, исполнителя) присваивается первый номер;</w:t>
      </w:r>
    </w:p>
    <w:p>
      <w:r>
        <w:t>2)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пунктами 1, 2, 4 - 7 части 17 статьи 48 настоящего Федерального закона.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
        <w:t>Согласно пунктам 1 и 2 части 2 статьи 14 Закона о контрактной системе Правительство Российской Федерации вправе с учетом положений части 3 настоящей статьи принимать меры, устанавливающие: 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и определяет информацию и перечень документов, которые подтверждают страну происхождения товара для целей Закона о контрактной системе, в случае принятия мер, предусмотренных пунктом 1 части 2 статьи 14 Закона о контрактной системе.</w:t>
      </w:r>
    </w:p>
    <w:p>
      <w:r>
        <w:t>Частью 3 статьи 14 Закона о контрактной системе установлено, что принятие Правительством Российской Федерации мер, предусмотренных пунктом 1 части 2 статьи 14 Закона о контрактной системе,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r>
        <w:t>В соответствии с пунктом 2 частью 4 статьи 14 Закона о контрактной системе установлено, что при осуществлении закупки товара, если Правительством Российской Федерации установлено, предусмотренное подпунктом «б» пункта 1 части 2 статьи 14 Закона о контрактной системе, ограничение закупок товара:</w:t>
      </w:r>
    </w:p>
    <w:p>
      <w:r>
        <w:t>а) все заявки на участие в закупке, содержащие предложения о поставке такого товара, происходящего из иностранного государства, подлежат отклонению в соответствии с настоящим Федеральным законом, если на участие в закупке подана и по результатам рассмотрения признана соответствующей требованиям извещения об осуществлении закупки, документации о закупке (если настоящим Федеральным законом предусмотрена документация о закупке) заявка, содержащая предложение о поставке такого товара российского происхождения;</w:t>
      </w:r>
    </w:p>
    <w:p>
      <w:r>
        <w:t>б) при исполнении контракта замена товара на происходящий из иностранного государства товар, в отношении которого установлено данное ограничение, если контракт предусматривает поставку товара российского происхождения, не допускается;</w:t>
      </w:r>
    </w:p>
    <w:p>
      <w:r>
        <w:t>Согласно пункту 5 части 1 статьи 43 Закона о контрактной системе информация и документы, определенные в соответствии с пунктом 2 части 2 статьи 14 Закона о контрактной системе (в случае, если в извещении об осуществлении закупки, документации о закупке (если настоящим Федеральным законом предусмотрена документация о закупке) установлены предусмотренные указанной статьей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r>
        <w:t>Пунктом 1 Постановления № 1875 устанавливаются:</w:t>
      </w:r>
    </w:p>
    <w:p>
      <w: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приложению № 1, а также закупок в рамках государственного оборонного заказа для выполнения мероприятий государственных программ Российской Федерации, государственной программы вооружения, иных мероприятий в рамках государственного оборонного заказа товаров, происходящих из иностранных государств, работ, услуг, соответственно выполняемых, оказываемых иностранными лицами;</w:t>
      </w:r>
    </w:p>
    <w:p>
      <w: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2;</w:t>
      </w:r>
    </w:p>
    <w:p>
      <w:r>
        <w:t>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
        <w:t>Пунктом 3 Постановление № 1875 установлено, что информацией и документами, подтверждающими страну происхождения товара для целей Постановление № 1875, являются:</w:t>
      </w:r>
    </w:p>
    <w:p>
      <w:r>
        <w:t>а) для подтверждения происхождения товаров, указанных в позициях 1 - 145 приложения № 1 к настоящему постановлению, позициях 1 - 433 приложения № 2 к настоящему постановлению, приложении № 3 к настоящему постановлению, из Российской Федерации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содержащей в том числе:</w:t>
      </w:r>
    </w:p>
    <w:p>
      <w: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(далее – Постановление № 719)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 719;</w:t>
      </w:r>
    </w:p>
    <w:p>
      <w:r>
        <w:t>информацию об уровне радиоэлектронной продукции (для товара, являющегося в соответствии Постановлением № 719 радиоэлектронной продукцией первого уровня или радиоэлектронной продукцией второго уровня);</w:t>
      </w:r>
    </w:p>
    <w:p>
      <w:r>
        <w:t>б) для подтверждения происхождения товаров, указанных в позициях 1 - 145 приложения № 1 к настоящему постановлению, позициях 1 - 433 приложения № 2 к настоящему постановлению, приложении № 3 к настоящему постановлению,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
        <w:t>Согласно протоколу подведения итогов определения поставщика (подрядчика, исполнителя) от 23.05.2025 №ИЭА1 (далее – Протокол) заявки всех участников закупки признаны соответствующими требованиям извещения о проведении Аукциона.</w:t>
      </w:r>
    </w:p>
    <w:p>
      <w:r>
        <w:t>Заказчиком в извещении о проведении Аукциона в отношении поставляемого товара «Передвижная дизельная электростанция (дизель-генератор) (100 кВт) в комплекте с кабельной сетью» с кодом ОКПД2 27.11.31.000 «Установки генераторные с двигателями внутреннего сгорания с воспламенением от сжатия» установлено ограничение закупок товаров, происходящих из иностранных государств, выполняемых работ, оказываемых услуг иностранными лицами.</w:t>
      </w:r>
    </w:p>
    <w:p>
      <w:r>
        <w:t>В требованиях к содержанию и составу заявки на участие в Аукционе Заказчиком установлено требование к участникам закупки, в том числе следующее:</w:t>
      </w:r>
    </w:p>
    <w:p>
      <w:r>
        <w:t>«информация и документы, предусмотренные нормативными правовыми актами, принятыми в соответствии с частями 3 и 4 статьи 14 Федерального закона №44-ФЗ (в случае, если в извещении об осуществлении закупки установлены предусмотренные указанной статьей запреты, ограничения, условия допуска).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В данной закупке установлено:</w:t>
      </w:r>
    </w:p>
    <w:p>
      <w:r>
        <w:t>-ограничение закупок в соответствии с пп. "б" п. 1 ч. 2 ст. 14 Федерального закона от 05.04.2013 № 44-ФЗ</w:t>
      </w:r>
    </w:p>
    <w:p>
      <w:r>
        <w:t>В соответствии с п.3 Постановления Правительства РФ от 23.12.2024 № 1875 установлено, что подтверждением страны происхождения товара является:</w:t>
      </w:r>
    </w:p>
    <w:p>
      <w:r>
        <w:t>а) указание номеров реестровых записей из реестра промышленной продукции, произведенной на территории Российской Федерации (далее - реестр российской промышленной продукции), а также информации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для целей осуществления закупок</w:t>
      </w:r>
    </w:p>
    <w:p>
      <w:r>
        <w:t>б) указание номеров реестровых записей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а также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
        <w:t>Согласно пункту 54 Примечания к постановлению Правительства Российской Федерации от 17.07.2015 № 719 продукция, классифицируемая кодом по ОК 034-2014 (КПЕС 2008) 27.11.31, включенная в раздел V настоящего приложения, для целей осуществления закупок такой продукции для обеспечения государственных и муниципальных нужд в рамках Федерального закона "О контрактной системе в сфере закупок товаров, работ, услуг для обеспечения государственных и муниципальных нужд» может быть отнесена к российской промышленной продукции при условии достижения в совокупности следующего суммарного количества баллов за выполнение на территории Российской Федерации указанных в разделе V настоящего приложения операций для каждой единицы продукции:</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Код по ОК 034-2014 (КПЕС 2008)</w:t>
            </w:r>
          </w:p>
        </w:tc>
        <w:tc>
          <w:tcPr>
            <w:tcW w:type="dxa" w:w="1728"/>
          </w:tcPr>
          <w:p>
            <w:r>
              <w:t>Наименование продукции</w:t>
            </w:r>
          </w:p>
        </w:tc>
        <w:tc>
          <w:tcPr>
            <w:tcW w:type="dxa" w:w="1728"/>
          </w:tcPr>
          <w:p>
            <w:r>
              <w:t>Со дня вступления в силу постановления Правительства Российской Федерации от 12 июня 2024 г. N 794 "О внесении изменений в постановление Правительства Российской Федерации от 17 июля 2015 г. N 719"</w:t>
            </w:r>
          </w:p>
        </w:tc>
        <w:tc>
          <w:tcPr>
            <w:tcW w:type="dxa" w:w="1728"/>
          </w:tcPr>
          <w:p>
            <w:r>
              <w:t>С 1 июля 2024 г.</w:t>
            </w:r>
          </w:p>
        </w:tc>
        <w:tc>
          <w:tcPr>
            <w:tcW w:type="dxa" w:w="1728"/>
          </w:tcPr>
          <w:p>
            <w:r>
              <w:t>С 1 января 2026 г.</w:t>
            </w:r>
          </w:p>
        </w:tc>
      </w:tr>
      <w:tr>
        <w:tc>
          <w:tcPr>
            <w:tcW w:type="dxa" w:w="1728"/>
          </w:tcPr>
          <w:p>
            <w:r>
              <w:t>27.11.31</w:t>
            </w:r>
          </w:p>
        </w:tc>
        <w:tc>
          <w:tcPr>
            <w:tcW w:type="dxa" w:w="1728"/>
          </w:tcPr>
          <w:p>
            <w:r>
              <w:t>Установки генераторные с двигателями внутреннего сгорания с воспламенением от сжатия</w:t>
            </w:r>
          </w:p>
        </w:tc>
        <w:tc>
          <w:tcPr>
            <w:tcW w:type="dxa" w:w="1728"/>
          </w:tcPr>
          <w:p>
            <w:r>
              <w:t>не менее 180 баллов</w:t>
            </w:r>
          </w:p>
        </w:tc>
        <w:tc>
          <w:tcPr>
            <w:tcW w:type="dxa" w:w="1728"/>
          </w:tcPr>
          <w:p>
            <w:r>
              <w:t>не менее 270 баллов</w:t>
            </w:r>
          </w:p>
        </w:tc>
        <w:tc>
          <w:tcPr>
            <w:tcW w:type="dxa" w:w="1728"/>
          </w:tcPr>
          <w:p>
            <w:r>
              <w:t>не менее 320 баллов</w:t>
            </w:r>
          </w:p>
        </w:tc>
      </w:tr>
    </w:tbl>
    <w:p>
      <w:r>
        <w:t>Таким образом, товар, закупаемый заказчиком, является товаром, в отношении которого пунктом 54 Примечания к постановлению Правительства Российской Федерации от 17.07.2015 № 719 установлено условие достижения в совокупности суммарного количества баллов за выполнение на территории Российской Федерации указанных в разделе V приложения операций для каждой единицы продукции, для отнесения такой продукции к российской промышленной продукции.</w:t>
      </w:r>
    </w:p>
    <w:p>
      <w:r>
        <w:t>На заседании Комиссии установлено, что у участника закупки с идентификационным номером «118890106» (Заявитель) в качестве подтверждения страны происхождения товара - Республика Беларусь, представлена выписка из евразийского реестра промышленных товаров государств-членов Евразийского экономического союза.</w:t>
      </w:r>
    </w:p>
    <w:p>
      <w:r>
        <w:t>Комиссией установлено, что подтверждение страны происхождения товара, произведенного в Республике Беларусь, осуществляется в соответствии с Решением Совета ЕЭК от 23.11.2020 № 105 «Об утверждении Правил определения страны происхождения отдельных видов товаров для целей государственных (муниципальных) закупок».</w:t>
      </w:r>
    </w:p>
    <w:p>
      <w:r>
        <w:t>Кроме того, на заседании Комиссии представитель Заявителя пояснил, что в ЕЭК № 105 отсутствуют требования в отношении совокупного количества баллов на товар «Передвижная дизельная электростанция (дизель-генератор) (100 кВт) в комплекте с кабельной сетью», следовательно, для подтверждения происхождения промышленного товара на территории государств-членов Евразийского экономического союза информация о совокупном количестве баллов не требуется.</w:t>
      </w:r>
    </w:p>
    <w:p>
      <w:r>
        <w:t>Вместе с тем, у остальных участников закупки, признанных Аукционной комиссией соответствующими требованиям извещения о проведении Аукциона, представлены номера реестровой записи из реестра российской промышленной продукции без указания информации о совокупном количестве баллов, что не соответствует положениям Постановлений № 1875 и № 719.</w:t>
      </w:r>
    </w:p>
    <w:p>
      <w:pPr>
        <w:pStyle w:val="Heading2"/>
      </w:pPr>
      <w:r>
        <w:t>мотивировочная часть</w:t>
      </w:r>
    </w:p>
    <w:p>
      <w:r>
        <w:t>Изучив заявки участников закупки, а также документы и сведения, представленные на заседании Комиссии представителем Заказчика, Комиссия приходит к выводу, что Аукционной комиссией при рассмотрении заявок участников закупки положения ограничение товаров, происходящих из иностранных государств, в соответствии с Постановлением № 1875, применены неправомерно.</w:t>
      </w:r>
    </w:p>
    <w:p>
      <w:r>
        <w:t>Таким образом, Комиссия приходит к выводу, что действия Аукционной комиссии в части признания заявок участников закупки соответствующими требованиям извещения о проведении Аукциона противоречат требованиям Закона о контрактной системе.</w:t>
      </w:r>
    </w:p>
    <w:p>
      <w:r>
        <w:t>На основании изложенного, Комиссия приходит к выводу, что действия Аукционной комиссии нарушают пункт 1 части 5 статьи 49 Закона о контрактной системе и содержат признаки состава административного правонарушения, предусмотренного частью 7 статьи 7.30.1 Кодекса Российской Федерации об административных правонарушениях.</w:t>
      </w:r>
    </w:p>
    <w:p>
      <w:r>
        <w:t>Следовательно, довод жалобы Заявителя является обоснованным.</w:t>
      </w:r>
    </w:p>
    <w:p>
      <w:r>
        <w:t>На основании изложенного и руководствуясь частью 1 статьи 2, пунктом 1 части 15, пунктом 2 части 22 статьи 99, частью 8 статьи 106 Закона о контрактной системе, Комиссия</w:t>
      </w:r>
    </w:p>
    <w:p>
      <w:pPr>
        <w:pStyle w:val="Heading2"/>
      </w:pPr>
      <w:r>
        <w:t>резолютивная часть</w:t>
      </w:r>
    </w:p>
    <w:p>
      <w:r>
        <w:t>РЕШИЛА:</w:t>
      </w:r>
    </w:p>
    <w:p>
      <w:r>
        <w:t>Признать жалобу ООО «АКСЕЛОТ-ТЕХ» обоснованной.</w:t>
      </w:r>
    </w:p>
    <w:p>
      <w:r>
        <w:t>Признать в действиях Аукционной комиссии нарушения пункта 1 части 5 статьи 49 Закона о контрактной системе.</w:t>
      </w:r>
    </w:p>
    <w:p>
      <w:r>
        <w:t>Выдать Заказчику, Аукционной комиссии, Оператору электронной площадки обязательное для исполнения предписание об устранении допущенных нарушений Закона о контрактной системе.</w:t>
      </w:r>
    </w:p>
    <w:p>
      <w:r>
        <w:t>Материалы дела от 04.06.2025 № 050/06/105-19333/2025 по выявленным нарушениям Закона о контрактной системе передать в отдел административного производства Управления и соответствующему должностному лицу Управления для рассмотрения вопроса о возбуждении дела об административном правонарушении.</w:t>
      </w:r>
    </w:p>
    <w:p>
      <w:r>
        <w:t>Настоящее решение может быть обжаловано в суде, арбитражном суде в течение трех месяцев в установленном законом порядке.</w:t>
      </w:r>
    </w:p>
    <w:p>
      <w:r>
        <w:t>9</w:t>
      </w:r>
    </w:p>
    <w:p>
      <w:pPr>
        <w:pStyle w:val="Heading1"/>
      </w:pPr>
      <w:r>
        <w:t>Предписание</w:t>
      </w:r>
    </w:p>
    <w:p>
      <w:pPr>
        <w:pStyle w:val="Heading2"/>
      </w:pPr>
      <w:r>
        <w:t>вводная часть</w:t>
      </w:r>
    </w:p>
    <w:p>
      <w:r>
        <w:t>Заказчик:</w:t>
      </w:r>
    </w:p>
    <w:p>
      <w:r>
        <w:t>Государственное казенное учреждение Московской области «Московская областная противопожарно-спасательная служба»</w:t>
      </w:r>
    </w:p>
    <w:p>
      <w:r>
        <w:t>mospas_ogz@mosreg.ru</w:t>
      </w:r>
    </w:p>
    <w:p>
      <w:r>
        <w:t>Оператор электронной площадки:</w:t>
      </w:r>
    </w:p>
    <w:p>
      <w:r>
        <w:t>ООО «РТС-тендер»</w:t>
      </w:r>
    </w:p>
    <w:p>
      <w:r>
        <w:t>ko@rts-tender.ru</w:t>
      </w:r>
    </w:p>
    <w:p>
      <w:r>
        <w:t>Заявитель:</w:t>
      </w:r>
    </w:p>
    <w:p>
      <w:r>
        <w:t>ООО «АКСЕЛОТ-ТЕХ»</w:t>
      </w:r>
    </w:p>
    <w:p>
      <w:r>
        <w:t>setyukov@yandex.ru</w:t>
      </w:r>
    </w:p>
    <w:p>
      <w:r>
        <w:t>ПРЕДПИСАНИЕ</w:t>
      </w:r>
    </w:p>
    <w:p>
      <w:r>
        <w:t>по делу № 050/06/105-19333/2025</w:t>
      </w:r>
    </w:p>
    <w:p>
      <w:r>
        <w:t>об устранении нарушений законодательства Российской Федерации</w:t>
      </w:r>
    </w:p>
    <w:p>
      <w:r>
        <w:t>о контрактной системе в сфере закупок</w:t>
      </w:r>
    </w:p>
    <w:p>
      <w:r>
        <w:t>04.06.2025 г. Москва</w:t>
      </w:r>
    </w:p>
    <w:p>
      <w:r>
        <w:t>Комиссия Московского областного УФАС России в сфере закупок товаров, работ, услуг для обеспечения государственных и муниципальных нужд Управления Федеральной антимонопольной службы по Московской области (далее – Управление, Комиссия),</w:t>
      </w:r>
    </w:p>
    <w:p>
      <w:r>
        <w:t>на основании решения от 04.06.2025 № 050/06/105-19333/2025, принятого Комиссией по итогам рассмотрения жалобы ООО «АКСЕЛОТ-ТЕХ» (далее – Заявитель) на действия (бездействие) Государственного казенного учреждения Московской области «Московская областная противопожарно-спасательная служба» (далее - Заказчик) при определении поставщика (подрядчика, исполнителя) путем проведения ООО «РТС-тендер» (далее - Оператор электронной площадки) электронного аукциона на поставку дизельных электростанций 100 кВт в комплекте с кабельной сетью (извещение № 0348200080425000079 на официальном сайте Единой информационной системы в сфере закупок –www.zakupki.gov.ru (далее – Официальный сайт)) (далее – Аукцион), и в результате осуществления внеплановой проверки в соответствии с пунктом 1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Комиссия</w:t>
      </w:r>
    </w:p>
    <w:p>
      <w:pPr>
        <w:pStyle w:val="Heading2"/>
      </w:pPr>
      <w:r>
        <w:t>резолютивная часть</w:t>
      </w:r>
    </w:p>
    <w:p>
      <w:r>
        <w:t>ПРЕДПИСЫВАЕТ:</w:t>
      </w:r>
    </w:p>
    <w:p>
      <w:r>
        <w:t>Оператору электронной площадки в срок 2 рабочих дня с момента получения настоящего Предписания (в том числе посредством электронной почты) обеспечить возможность исполнения Заказчиком, Аукционной комиссией настоящего предписания.</w:t>
      </w:r>
    </w:p>
    <w:p>
      <w:r>
        <w:t>Заказчику, Аукционной комиссии в срок 1 рабочий день с момента исполнения пункта 1 настоящего предписания отменить протокол подведения итогов Аукциона, составленный при определении поставщика (подрядчика, исполнителя) путем проведения Аукциона.</w:t>
      </w:r>
    </w:p>
    <w:p>
      <w:r>
        <w:t>Заказчику в срок 1 рабочий день с момента исполнения пункта 1 настоящего предписания назначить новую дату подведения итогов определения поставщика в соответствии с требованиями Закона о контрактной системе.</w:t>
      </w:r>
    </w:p>
    <w:p>
      <w:r>
        <w:t>Аукционной комиссии в установленный Заказчиком срок провести процедуру подведения итогов определения поставщика в Аукционе в соответствии с требованиями Закона о контрактной системе и на основании решения от 04.06.2025 № 050/06/105-19333/2025.</w:t>
      </w:r>
    </w:p>
    <w:p>
      <w:r>
        <w:t>Заказчику, Аукционной комиссии, Оператору электронной площадки:</w:t>
      </w:r>
    </w:p>
    <w:p>
      <w:r>
        <w:t>продолжить процедуру Аукциона в соответствии с требованиями Закона о контрактной системе.</w:t>
      </w:r>
    </w:p>
    <w:p>
      <w:r>
        <w:t>разместить на Официальном сайте, а также на электронной торговой площадке информацию, подтверждающую исполнение настоящего предписания.</w:t>
      </w:r>
    </w:p>
    <w:p>
      <w:r>
        <w:t>Заказчику, Аукционной комиссии, Оператору электронной площадки в срок до 18.06.2025 исполнить настоящее предписание и представить в Управление подтверждение исполнения настоящего предписания в письменном виде, а также электронной почте to50@fas.gov.ru.</w:t>
      </w:r>
    </w:p>
    <w:p>
      <w:r>
        <w:t>Невыполнение в установленный срок предписания влечет наложение административного штрафа на должностных лиц в соответствии с частью 7 статьи 19.5 Кодекса Российской Федерации об административных правонарушениях.</w:t>
      </w:r>
    </w:p>
    <w:p>
      <w:r>
        <w:t>2</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