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Дело № 202500187298005645</w:t>
      </w:r>
    </w:p>
    <w:p>
      <w:r>
        <w:rPr>
          <w:b/>
        </w:rPr>
        <w:t xml:space="preserve">УФАС: </w:t>
      </w:r>
      <w:r>
        <w:t>УФАС по Московской области</w:t>
      </w:r>
    </w:p>
    <w:p>
      <w:r>
        <w:rPr>
          <w:b/>
        </w:rPr>
        <w:t xml:space="preserve">Дата решения: </w:t>
      </w:r>
      <w:r>
        <w:t>08.09.2025</w:t>
      </w:r>
    </w:p>
    <w:p>
      <w:r>
        <w:rPr>
          <w:b/>
        </w:rPr>
        <w:t xml:space="preserve">Исход: </w:t>
      </w:r>
      <w:r>
        <w:t>обоснована</w:t>
      </w:r>
    </w:p>
    <w:p>
      <w:r>
        <w:rPr>
          <w:b/>
        </w:rPr>
        <w:t xml:space="preserve">Закупка №: </w:t>
      </w:r>
      <w:r>
        <w:t>0348200078225000042</w:t>
      </w:r>
    </w:p>
    <w:p>
      <w:r>
        <w:rPr>
          <w:b/>
        </w:rPr>
        <w:t xml:space="preserve">Заказчик: </w:t>
      </w:r>
      <w:r>
        <w:t>ГБУЗ Московской области «Московская областная детская клиническая травматолого-ортопедическая больница»</w:t>
      </w:r>
    </w:p>
    <w:p>
      <w:r>
        <w:rPr>
          <w:b/>
        </w:rPr>
        <w:t xml:space="preserve">Заявитель: </w:t>
      </w:r>
      <w:r>
        <w:t>ООО «Строительно-отделочная фирма »БАРО"</w:t>
      </w:r>
    </w:p>
    <w:p>
      <w:r>
        <w:rPr>
          <w:b/>
        </w:rPr>
        <w:t xml:space="preserve">Первоисточник в ЕИС: </w:t>
      </w:r>
      <w:r>
        <w:t>https://zakupki.gov.ru/epz/complaint/card/complaint-information.html?complaintNumber=202500187298005645</w:t>
      </w:r>
    </w:p>
    <w:p/>
    <w:p>
      <w:pPr>
        <w:pStyle w:val="Heading1"/>
      </w:pPr>
      <w:r>
        <w:t>Решение</w:t>
      </w:r>
    </w:p>
    <w:p>
      <w:pPr>
        <w:pStyle w:val="Heading2"/>
      </w:pPr>
      <w:r>
        <w:t>вводная часть</w:t>
      </w:r>
    </w:p>
    <w:p>
      <w:r>
        <w:t>Заказчик:</w:t>
      </w:r>
    </w:p>
    <w:p>
      <w:r>
        <w:t>Государственное бюджетное учреждение здравоохранения Московской области «Московская областная детская клиническая травматолого-ортопедическая больница»</w:t>
      </w:r>
    </w:p>
    <w:p>
      <w:r>
        <w:t>OlonovaLV@mosreg.ru</w:t>
      </w:r>
    </w:p>
    <w:p>
      <w:r>
        <w:t>Оператор электронной площадки:</w:t>
      </w:r>
    </w:p>
    <w:p>
      <w:r>
        <w:t>ООО «РТС-тендер»</w:t>
      </w:r>
    </w:p>
    <w:p>
      <w:r>
        <w:t>ko@rts-tender.ru</w:t>
      </w:r>
    </w:p>
    <w:p>
      <w:r>
        <w:t>Заявитель:</w:t>
      </w:r>
    </w:p>
    <w:p>
      <w:r>
        <w:t>ООО «Строительно-отделочная фирма «Баро»</w:t>
      </w:r>
    </w:p>
    <w:p>
      <w:r>
        <w:t>soft_baro@mail.ru</w:t>
      </w:r>
    </w:p>
    <w:p>
      <w:r>
        <w:t>РЕШЕНИЕ</w:t>
      </w:r>
    </w:p>
    <w:p>
      <w:r>
        <w:t>по делу № 050/06/105-32956/2025 о нарушении</w:t>
      </w:r>
    </w:p>
    <w:p>
      <w:r>
        <w:t>законодательства Российской Федерации</w:t>
      </w:r>
    </w:p>
    <w:p>
      <w:r>
        <w:t>о контрактной системе в сфере закупок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08.09.2025</w:t>
            </w:r>
          </w:p>
        </w:tc>
        <w:tc>
          <w:tcPr>
            <w:tcW w:type="dxa" w:w="4320"/>
          </w:tcPr>
          <w:p>
            <w:r>
              <w:t>Москва</w:t>
            </w:r>
          </w:p>
        </w:tc>
      </w:tr>
    </w:tbl>
    <w:p>
      <w:r>
        <w:t>Комиссия Московского областного УФАС России по контролю в сфере закупок товаров, работ, услуг для обеспечения государственных и муниципальных нужд (далее – Управление, Комиссия)</w:t>
      </w:r>
    </w:p>
    <w:p>
      <w:pPr>
        <w:pStyle w:val="Heading2"/>
      </w:pPr>
      <w:r>
        <w:t>описательная часть</w:t>
      </w:r>
    </w:p>
    <w:p>
      <w:r>
        <w:t>рассмотрев жалобу ООО «Строительно-отделочная фирма «Баро» (далее – Заявитель) на действия (бездействие) Государственного бюджетного учреждения здравоохранения Московской области «Московская областная детская клиническая травматолого-ортопедическая больница» (далее – Заказчик) при определении поставщика (подрядчика, исполнителя) путем проведения ООО «РТС-тендер» (далее – Оператор электронной площадки) электронного аукциона на поставку медицинских расходных материалов (лот 1) (извещение № 0348200078225000042 на официальном сайте Единой информационной системы в сфере закупок – www.zakupki.gov.ru (далее – Официальный сайт)) (далее – Аукцион) и в результате осуществления внеплановой проверки в части доводов жалобы Заявителя в соответствии с пунктом 1 части 15 статьи 99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системе), Комиссия</w:t>
      </w:r>
    </w:p>
    <w:p>
      <w:r>
        <w:t>УСТАНОВИЛА:</w:t>
      </w:r>
    </w:p>
    <w:p>
      <w:r>
        <w:t>В Управление поступила жалоба Заявителя на действия (бездействие) Заказчика при проведении Заказчиком, Оператором электронной площадки Аукциона.</w:t>
      </w:r>
    </w:p>
    <w:p>
      <w:r>
        <w:t>По мнению Заявителя его права и законные интересы нарушены действиями Заказчика, ненадлежащим образом установившего положения извещения о проведении Аукциона.</w:t>
      </w:r>
    </w:p>
    <w:p>
      <w:r>
        <w:t>В соответствии с извещением о проведении Аукциона, протоколами, составленными при определении поставщика (подрядчика, исполнителя):</w:t>
      </w:r>
    </w:p>
    <w:p>
      <w:r>
        <w:t>1) извещение о проведении Аукциона размещено – 27.08.2025;</w:t>
      </w:r>
    </w:p>
    <w:p>
      <w:r>
        <w:t>2) начальная (максимальная) цена контракта – 404 557,00 рублей;</w:t>
      </w:r>
    </w:p>
    <w:p>
      <w:r>
        <w:t>3) дата окончания подачи заявок – 04.09.2025;</w:t>
      </w:r>
    </w:p>
    <w:p>
      <w:r>
        <w:t>Согласно доводу жалобы Заявителя, Заказчиком в извещении о проведении Аукциона установлены требования к техническим характеристикам поставляемого товара, ограничивающие количество участников закупки.</w:t>
      </w:r>
    </w:p>
    <w:p>
      <w:r>
        <w:t>Согласно пункту 1 части 1 статьи 33 Закона о контрактной системе при описании объекта закупки заказчик должен руководствоваться в том числе, следующим правилом: в описании объекта закупки указываются функциональные, технические и качественные характеристики, эксплуатационные характеристики объекта закупки (при необходимости). В описание объекта закупки не должны включаться требования или указания в отношении товарных знаков, знаков обслуживания, фирменных наименований, патентов, полезных моделей, промышленных образцов, наименование страны происхождения товара, требования к товарам, информации, работам, услугам при условии, что такие требования или указания влекут за собой ограничение количества участников закупки. Допускается использование в описании объекта закупки указания на товарный знак при условии сопровождения такого указания словами «или эквивалент» либо при условии несовместимости товаров, на которых размещаются другие товарные знаки, и необходимости обеспечения взаимодействия таких товаров с товарами, используемыми заказчиком, либо при условии закупок запасных частей и расходных материалов к машинам и оборудованию, используемым заказчиком, в соответствии с технической документацией на указанные машины и оборудование.</w:t>
      </w:r>
    </w:p>
    <w:p>
      <w:r>
        <w:t>В соответствии с частью 2 статьи 33 Закона о контрактной системе описание объекта закупки в соответствии с требованиями, указанными в части 1 статьи 33 Закона о контрактной системе, должно содержать показатели, позволяющие определить соответствие закупаемых товара, работы, услуги установленным заказчиком требованиям.</w:t>
      </w:r>
    </w:p>
    <w:p>
      <w:r>
        <w:t>Согласно пункту 1 части 2 статьи 42 Закона о контрактной системе извещение об осуществлении закупки, если иное не предусмотрено настоящим Федеральным законом, должно содержать описание объекта закупки в соответствии со статьей 33 настоящего Федерального закона.</w:t>
      </w:r>
    </w:p>
    <w:p>
      <w:r>
        <w:t>В соответствии с пунктом 5 части 1 статьи 42 Закона о контрактной системе при осуществлении закупки путем проведения открытых конкурентных способов заказчик формирует с использованием единой информационной системы, подписывает усиленной электронной подписью лица, имеющего право действовать от имени заказчика, и размещает в единой информационной системе извещение об осуществлении закупки, содержащее следующую информацию о наименовании объекта закупки, информация (при наличии), предусмотренная правилами использования каталога товаров, работ, услуг для обеспечения государственных и муниципальных нужд, установленными в соответствии с частью 6 статьи 23 настоящего Федерального закона, указание (в случае осуществления закупки лекарственных средств) на международные непатентованные наименования лекарственных средств или при отсутствии таких наименований химические, группировочные наименования.</w:t>
      </w:r>
    </w:p>
    <w:p>
      <w:r>
        <w:t>Согласно части 5 статьи 23 Закона о контрактной системе формирование и ведение в единой информационной системе каталога товаров, работ, услуг для обеспечения государственных и муниципальных нужд обеспечиваются федеральным органом исполнительной власти по регулированию контрактной системы в сфере закупок.</w:t>
      </w:r>
    </w:p>
    <w:p>
      <w:r>
        <w:t>В соответствии с частью 6 статьи 23 Закона о контрактной системе Порядок формирования и ведения в единой информационной системе каталога товаров, работ, услуг для обеспечения государственных и муниципальных нужд, а также правила использования указанного каталога устанавливаются Правительством Российской Федерации.</w:t>
      </w:r>
    </w:p>
    <w:p>
      <w:r>
        <w:t>Согласно пункту 4 Постановления Правительства Российской Федерации от 08.02.2017 № 145 «Об утверждении Правил формирования и ведения в единой информационной системе в сфере закупок каталога товаров, работ, услуг для обеспечения государственных и муниципальных нужд и Правил использования каталога товаров, работ, услуг для обеспечения государственных и муниципальных нужд» (далее - Правила) применять информацию, включенную в позицию каталога в соответствии с подпунктами «а» - «г» и «е» - «з» пункта 10 Правил формирования и ведения в единой информационной системе в сфере закупок каталога товаров, работ, услуг для обеспечения государственных и муниципальных нужд, утвержденных Правилами», с указанной в ней даты начала обязательного применения. При этом заказчик обязан при осуществлении закупки использовать информацию, включенную в соответствующую позицию, в том числе указывать согласно такой позиции следующую информацию:</w:t>
      </w:r>
    </w:p>
    <w:p>
      <w:r>
        <w:t>а) наименование товара, работы, услуги;</w:t>
      </w:r>
    </w:p>
    <w:p>
      <w:r>
        <w:t>б) единицы измерения количества товара, объема выполняемой работы, оказываемой услуги (при наличии);</w:t>
      </w:r>
    </w:p>
    <w:p>
      <w:r>
        <w:t>в) описание товара, работы, услуги (при наличии такого описания в позиции).</w:t>
      </w:r>
    </w:p>
    <w:p>
      <w:r>
        <w:t>Пунктом 5 Правил установлено, что Заказчик вправе указать в извещении об осуществлении закупки, приглашении и документации о закупке (в случае если Федеральным законом предусмотрена документация о закупке) дополнительную информацию, а также дополнительные потребительские свойства, в том числе функциональные, технические, качественные, эксплуатационные характеристики товара, работы, услуги в соответствии с положениями статьи 33 Федерального закона, которые не предусмотрены в позиции каталога, за исключением случаев:</w:t>
      </w:r>
    </w:p>
    <w:p>
      <w:r>
        <w:t>а) если при осуществлении закупки товара (в том числе поставляемого при выполнении закупаемых работ, оказании закупаемых услуг), указанного в позициях 25, 26 и 32 приложения № 1 к постановлению Правительства Российской Федерации от 23 декабря 2024 г. № 1875 «О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лиц», позициях 191 - 361 приложения N 2 к указанному постановлению, применяются предусмотренные пунктом 1 указанного постановления запрет, ограничение соответственно;</w:t>
      </w:r>
    </w:p>
    <w:p>
      <w:r>
        <w:t>б) если иное не предусмотрено особенностями описания отдельных видов объектов закупок, устанавливаемыми Правительством Российской Федерации в соответствии с частью 5 статьи 33 Федерального закона.</w:t>
      </w:r>
    </w:p>
    <w:p>
      <w:r>
        <w:t>В соответствии с пунктом 6 Правил в случае предоставления дополнительной информации, предусмотренной пунктом 5 настоящих Правил, заказчик обязан включить в описание товара, работы, услуги обоснование необходимости использования такой информации (при наличии описания товара, работы, услуги в позиции каталога).</w:t>
      </w:r>
    </w:p>
    <w:p>
      <w:r>
        <w:t>Пунктом 7 Правил использования каталога установлено, что в случае осуществления закупки товара, работы, услуги, в отношении которых в каталоге отсутствуют соответствующие позиции, заказчик осуществляет описание товара, работы, услуги в соответствии с требованиями статьи 33 Закона о контрактной системе. При проведении предусмотренных Законом о контрактной системе электронных процедур, закрытых электронных процедур характеристики объекта закупки, предусмотренные пунктом 1 части 1 статьи 33 Закона о контрактной системе, указываются с использованием единой информационной системы при формировании извещения об осуществлении закупки, приглашения принять участие в определении поставщика (подрядчика, исполнителя) в соответствии с частью 1 статьи 42, пунктом 1 части 1 статьи 75 Закона о контрактной системе соответственно.</w:t>
      </w:r>
    </w:p>
    <w:p>
      <w:r>
        <w:t>Согласно извещению о проведении Аукциона объектом закупки является поставка медицинских расходных материалов (лот 2).</w:t>
      </w:r>
    </w:p>
    <w:p>
      <w:r>
        <w:t>На заседании Комиссии установлено, что Заказчиком в структурированной форме извещения о проведении Аукциона установлены требования к техническим характеристикам поставляемых товаров, в том числе следующие:</w:t>
      </w:r>
    </w:p>
    <w:p>
      <w:r>
        <w:t>- для товаров «Шприц общего назначения» с кодами КТРУ 32.50.13.110-00004584, 32.50.13.110-00004580 «Шприц общего назначения» установлена характеристика «Механизм защиты от случайного укола иглой».</w:t>
      </w:r>
    </w:p>
    <w:p>
      <w:r>
        <w:t>Согласно вышеуказанным позициям КТРУ обязательными характеристиками товара являются в том числе: «Градуированный объем шприца», «Игла в комплекте», «Коннектор».</w:t>
      </w:r>
    </w:p>
    <w:p>
      <w:r>
        <w:t>Вместе с тем, в структурированной форме извещения о проведении Аукциона Заказчиком установлены дополнительные требования к характеристикам поставляемых товаров, которые не предусмотрены позицией КТРУ.</w:t>
      </w:r>
    </w:p>
    <w:p>
      <w:r>
        <w:t>Согласно письму, ФАС России от 12.03.2025 № ГР/22213/25 включение в аукционную документацию закупки требований о поставке медицинского изделия с устройством защиты иглы приводит к необоснованному сокращению количества участников закупки.</w:t>
      </w:r>
    </w:p>
    <w:p>
      <w:pPr>
        <w:pStyle w:val="Heading2"/>
      </w:pPr>
      <w:r>
        <w:t>мотивировочная часть</w:t>
      </w:r>
    </w:p>
    <w:p>
      <w:r>
        <w:t>Изучив документы и сведения, Комиссия приходит к выводу, что действия Заказчика в части установления требований к характеристикам медицинского изделия с устройством защиты иглы ограничивают количество участников закупки и противоречат требованиям Закона о контрактной системе.</w:t>
      </w:r>
    </w:p>
    <w:p>
      <w:r>
        <w:t>Следовательно, довод жалобы Заявителя является обоснованным.</w:t>
      </w:r>
    </w:p>
    <w:p>
      <w:r>
        <w:t>На основании изложенного Комиссия приходит к выводу о том, что действия Заказчика нарушают пункт 5 части 1 статьи 42 Закона о контрактной системе, что содержит признаки состава административного правонарушения, предусмотренного частью 5 статьи 7.30.1 Кодекса Российской Федерации об административных правонарушениях.</w:t>
      </w:r>
    </w:p>
    <w:p>
      <w:r>
        <w:t>На основании изложенного и руководствуясь частью 1 статьи 2, пунктом 1 части 15, пунктом 2 части 22 статьи 99, частью 8 статьи 106, частью 1 статьи 112 Закона о контрактной системе, Комиссия</w:t>
      </w:r>
    </w:p>
    <w:p>
      <w:pPr>
        <w:pStyle w:val="Heading2"/>
      </w:pPr>
      <w:r>
        <w:t>резолютивная часть</w:t>
      </w:r>
    </w:p>
    <w:p>
      <w:r>
        <w:t>РЕШИЛА:</w:t>
      </w:r>
    </w:p>
    <w:p>
      <w:r>
        <w:t>Признать жалобу ООО «Строительно-отделочная фирма «Баро» обоснованной.</w:t>
      </w:r>
    </w:p>
    <w:p>
      <w:r>
        <w:t>Признать в действиях Заказчика нарушение пункта 5 части 1 статьи 42 Закона о контрактной системе.</w:t>
      </w:r>
    </w:p>
    <w:p>
      <w:r>
        <w:t>Заказчику, Аукционной комиссии, Оператору электронной площадки выдать обязательное для исполнения предписание об устранении допущенных нарушений.</w:t>
      </w:r>
    </w:p>
    <w:p>
      <w:r>
        <w:t>Материалы дела от 08.09.2025 № 050/06/105-32956/2025 по выявленным нарушениям Закона о контрактной системе передать в отдел административного производства Управления и соответствующему должностному лицу Управления для рассмотрения вопроса о возбуждении дела об административном правонарушении.</w:t>
      </w:r>
    </w:p>
    <w:p>
      <w:r>
        <w:t>Настоящее решение может быть обжаловано в суде, арбитражном суде в течение трех месяцев в установленном законом порядке.</w:t>
      </w:r>
    </w:p>
    <w:p>
      <w:r>
        <w:t>3</w:t>
      </w:r>
    </w:p>
    <w:p>
      <w:r>
        <w:t>4</w:t>
      </w:r>
    </w:p>
    <w:p>
      <w:pPr>
        <w:pStyle w:val="Heading1"/>
      </w:pPr>
      <w:r>
        <w:t>Предписание</w:t>
      </w:r>
    </w:p>
    <w:p>
      <w:pPr>
        <w:pStyle w:val="Heading2"/>
      </w:pPr>
      <w:r>
        <w:t>вводная часть</w:t>
      </w:r>
    </w:p>
    <w:p>
      <w:r>
        <w:t>Заказчик:</w:t>
      </w:r>
    </w:p>
    <w:p>
      <w:r>
        <w:t>Государственное бюджетное учреждение здравоохранения Московской области «Московская областная детская клиническая травматолого-ортопедическая больница»</w:t>
      </w:r>
    </w:p>
    <w:p>
      <w:r>
        <w:t>OlonovaLV@mosreg.ru</w:t>
      </w:r>
    </w:p>
    <w:p>
      <w:r>
        <w:t>Оператор электронной площадки:</w:t>
      </w:r>
    </w:p>
    <w:p>
      <w:r>
        <w:t>ООО «РТС-тендер»</w:t>
      </w:r>
    </w:p>
    <w:p>
      <w:r>
        <w:t>ko@rts-tender.ru</w:t>
      </w:r>
    </w:p>
    <w:p>
      <w:r>
        <w:t>Заявитель:</w:t>
      </w:r>
    </w:p>
    <w:p>
      <w:r>
        <w:t>ООО «Строительно-отделочная фирма «Баро»</w:t>
      </w:r>
    </w:p>
    <w:p>
      <w:r>
        <w:t>soft_baro@mail.ru</w:t>
      </w:r>
    </w:p>
    <w:p>
      <w:r>
        <w:t>ПРЕДПИСАНИЕ</w:t>
      </w:r>
    </w:p>
    <w:p>
      <w:r>
        <w:t>по делу № 050/06/105-32956/2025 об устранении нарушений</w:t>
      </w:r>
    </w:p>
    <w:p>
      <w:r>
        <w:t>законодательства Российской Федерации о контрактной системе в сфере закупок</w:t>
      </w:r>
    </w:p>
    <w:p>
      <w:r>
        <w:t>08.09.2025 г. Москва</w:t>
      </w:r>
    </w:p>
    <w:p>
      <w:r>
        <w:t>Комиссия Московского областного УФАС России в сфере закупок товаров, работ, услуг для обеспечения государственных и муниципальных нужд Управления Федеральной антимонопольной службы по Московской области (далее – Управление, Комиссия),</w:t>
      </w:r>
    </w:p>
    <w:p>
      <w:r>
        <w:t>на основании решения от 08.09.2025 № 050/06/105-32956/2025, принятого Комиссией по итогам рассмотрения жалобы ООО «Строительно-отделочная фирма «Баро» (далее – Заявитель) на действия (бездействие) Государственного бюджетного учреждения здравоохранения Московской области «Московская областная детская клиническая травматолого-ортопедическая больница» (далее – Заказчик) при определении поставщика (подрядчика, исполнителя) путем проведения ООО «РТС-тендер» (далее – Оператор электронной площадки) электронного аукциона на поставку медицинских расходных материалов (лот 1) (извещение № 0348200078225000042 на официальном сайте Единой информационной системы в сфере закупок – www.zakupki.gov.ru (далее – Официальный сайт)) (далее – Аукцион) и в результате осуществления внеплановой проверки в соответствии с пунктом 1 части 15 статьи 99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системе), Комиссия</w:t>
      </w:r>
    </w:p>
    <w:p>
      <w:pPr>
        <w:pStyle w:val="Heading2"/>
      </w:pPr>
      <w:r>
        <w:t>резолютивная часть</w:t>
      </w:r>
    </w:p>
    <w:p>
      <w:r>
        <w:t>ПРЕДПИСЫВАЕТ:</w:t>
      </w:r>
    </w:p>
    <w:p>
      <w:r>
        <w:t>1. Заказчику, Аукционной комиссии отменить все Протоколы, составленные при осуществлении закупки;</w:t>
      </w:r>
    </w:p>
    <w:p>
      <w:r>
        <w:t>2. Оператору электронной площадки не позднее 1 рабочего дня со дня исполнения пункта 1 настоящего предписания:</w:t>
      </w:r>
    </w:p>
    <w:p>
      <w:r>
        <w:t>- уведомить участников закупки, подавших заявки на участие в Аукционе, об отмене Протоколов, составленных при осуществлении закупок, о прекращении действия заявок, поданных на участие в Аукционе;</w:t>
      </w:r>
    </w:p>
    <w:p>
      <w:r>
        <w:t>- прекратить блокирование операций по счетам для проведения операций по обеспечению участия в открытом аукционе в электронной форме, открытых участникам закупки, подавшим заявки на участие в Аукционе, в отношении денежных средств в размере обеспечения заявки на участие в Аукционе.</w:t>
      </w:r>
    </w:p>
    <w:p>
      <w:r>
        <w:t>3. Заказчику:</w:t>
      </w:r>
    </w:p>
    <w:p>
      <w:r>
        <w:t>- привести извещение о проведении Аукциона в соответствие с требованиями законодательства Российской Федерации о контрактной системе в сфере закупок и с учетом решения от 08.09.2025 № 050/06/105-32956/2025 и разместить соответствующее извещение на Официальном сайте.</w:t>
      </w:r>
    </w:p>
    <w:p>
      <w:r>
        <w:t>- назначить новую дату окончания срока подачи заявок на участие в Аукционе, дату подведения итогов, дату проведения Аукциона, а также разместить на Официальном сайте информацию о новой дате окончания срока подачи заявок на участие в Аукционе, дате проведения Аукциона и дате подведения итогов. При этом дата окончания срока подачи заявок на участие в Аукционе должна быть назначена не ранее чем через 7 дней со дня размещения на Официальном сайте соответствующей извещению о проведении Аукциона.</w:t>
      </w:r>
    </w:p>
    <w:p>
      <w:r>
        <w:t>4. Оператору электронной площадки не позднее 1 рабочего дня со дня исполнения пункта 3 настоящего предписания:</w:t>
      </w:r>
    </w:p>
    <w:p>
      <w:r>
        <w:t>- назначить время проведения Аукциона и разместить на электронной площадке информацию о времени проведения Аукциона;</w:t>
      </w:r>
    </w:p>
    <w:p>
      <w:r>
        <w:t>- уведомить участников закупки, подавших заявки на участие в Аукционе, о новой дате окончания срока подачи заявок на участие в Аукционе, дате и времени проведения Аукциона, дате подведения итогов Аукциона, а также о возможности подать новые заявки на участие в Аукционе.</w:t>
      </w:r>
    </w:p>
    <w:p>
      <w:r>
        <w:t>5. Заказчику, Аукционной комиссии, Оператору электронной площадки осуществить дальнейшее проведение процедуры определения поставщика (подрядчика, исполнителя) в соответствии с требованиями законодательства Российской Федерации о контрактной системе в сфере закупок и с учетом решения от 08.09.2025 № 050/06/105-32956/2025.</w:t>
      </w:r>
    </w:p>
    <w:p>
      <w:r>
        <w:t>6. Заказчику, Аукционной комиссии, Оператору электронной площадки в срок до 22.09.2025 исполнить настоящее предписание и представить в Управление подтверждение исполнения настоящего предписания в письменном виде, а также электронной почте to50@fas.gov.ru.</w:t>
      </w:r>
    </w:p>
    <w:p>
      <w:r>
        <w:t>Невыполнение в установленный срок предписания влечет наложение административного штрафа на должностных лиц в соответствии с частью 7 статьи 19.5 Кодекса Российской Федерации об административных правонарушениях.</w:t>
      </w:r>
    </w:p>
    <w:p>
      <w:r>
        <w:t>2</w:t>
      </w:r>
    </w:p>
    <w:p/>
    <w:p>
      <w:r>
        <w:rPr>
          <w:i/>
          <w:sz w:val="16"/>
        </w:rPr>
        <w:t>Источник данных — ЕИС, zakupki.gov.ru (публичный реестр жалоб). Сервис не является официальным ресурсом ЕИС/Минфина и не аффилирован с ними.</w:t>
      </w:r>
    </w:p>
    <w:p>
      <w:r>
        <w:rPr>
          <w:i/>
          <w:sz w:val="16"/>
        </w:rPr>
        <w:t>Материал носит справочный характер; актуальность и полнота не гарантируются. Юридически значимые сведения проверяйте на первоисточнике на zakupki.gov.ru.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