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202600100161006811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Опубликовано в ЕИС 02.06.2026 · в тексте решения — 03.06.2026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—</w:t>
      </w:r>
    </w:p>
    <w:p>
      <w:r>
        <w:rPr>
          <w:b/>
        </w:rPr>
        <w:t xml:space="preserve">Площадка: </w:t>
      </w:r>
      <w:r>
        <w:t>ООО «РТС-тендер»</w:t>
      </w:r>
    </w:p>
    <w:p>
      <w:r>
        <w:rPr>
          <w:b/>
        </w:rPr>
        <w:t xml:space="preserve">Заявитель: </w:t>
      </w:r>
      <w:r>
        <w:t>ООО «Магистраль»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https://zakupki.gov.ru/epz/complaint/card/complaint-information.html?complaintNumber=202600100161006811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28/06/105-1967/2026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03.06.2026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Комиссия),</w:t>
      </w:r>
    </w:p>
    <w:p>
      <w:r>
        <w:t>рассмотрев посредством системы видео-конференц-связи жалобу ООО «МАГИСТРАЛЬ» (далее – Заявитель) на действия ООО «РТС-тендер» (далее – Оператор электронной площадки) при размещении информации и документов, включаемых в реестр участников закупки, аккредитованных на сайте Оператора электронной площадки (далее – Реестр),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Оператора электронной площадки при размещении документов в Реестре, подтверждающих соответствие Заявителя дополнительным требованиям, предусмотренные частью 2 статьи 31 Закона о контрактной системе.</w:t>
      </w:r>
    </w:p>
    <w:p>
      <w:r>
        <w:t>Согласно доводу жалобы Заявителя его права и законные интересы нарушены действиями Оператора электронной площадки, в результате которых Заявителю неправомерно отказано во внесении документов в Реестр, подтверждающих соответствие Заявителя дополнительным требованиям в соответствии с позицией 17 приложения к постановлению Правительства Российской Федерации от 29.12.2021 № 2571 «О требованиях к участникам закупки товаров, работ,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Федерации» (далее – Постановление № 2571).</w:t>
      </w:r>
    </w:p>
    <w:p>
      <w:r>
        <w:t>Представитель Оператора электронной площадки на заседании Комиссии не согласился с доводом жалобы Заявителя и сообщил, что Оператор электронной площадки действовал в соответствии с законодательством Российской Федерации о контрактной системе в сфере закупок.</w:t>
      </w:r>
    </w:p>
    <w:p>
      <w:r>
        <w:t>Согласно части 12 статьи 24.2 Закона о контрактной системе в целях обеспечения доступа к участию в проводимых на электронной площадке закупках отдельных видов товаров, работ, услуг, в отношении участников которых установлены дополнительные требования в соответствии с частями 2 и 2.1 статьи 31 Закона о контрактной системе, участник закупки, аккредитованный на электронной площадке, направляет оператору этой электронной площадки в отношении каждого такого вида информацию и документы, предусмотренные перечнем, установленным Правительством Российской Федерации в соответствии с частью 3 статьи 31 Закона о контрактной системе.</w:t>
      </w:r>
    </w:p>
    <w:p>
      <w:r>
        <w:t>В соответствии с частью 2 статьи 31 Закона о контрактной системе Правительство Российской Федерации вправе устанавливать к участникам закупок отдельных видов товаров, работ, услуг, дополнительные требования, в том числе к наличию опыта работы, связанного с предметом контракта, и деловой репутации.</w:t>
      </w:r>
    </w:p>
    <w:p>
      <w:r>
        <w:t>Согласно части 3 статьи 31 Закона о контрактной системе перечень документов, которые подтверждают соответствие участников закупок дополнительным требованиям, указанным в частях 2 и 2.1 статьи 31 Закона о контрактной системе, устанавливается Правительством Российской Федерации.</w:t>
      </w:r>
    </w:p>
    <w:p>
      <w:r>
        <w:t>Пунктом 2 Правил взаимодействия участника закупки и оператора электронной площадки, оператора специализированной электронной площадки, утвержденных постановлением Правительства Российской Федерации от 14.09.2019 № 1202 (далее – Правила взаимодействия), установлено, что в целях обеспечения доступа к участию в проводимых на электронной площадке, специализированной электронной площадке закупках, в отношении участников которых установлены дополнительные требования в соответствии с частями 2 и 2.1 статьи 31 Закона о контрактной системе, участник закупки после идентификации и аутентификации на электронной площадке, специализированной электронной площадке направляет оператору соответствующей площадки информацию и документы, предусмотренные перечнем, установленным в соответствии с частью 3 статьи 31 Закона о контрактной системе, путем формирования и подписания электронной подписью, вид которой предусмотрен Законом о контрактной системе, информации и документов, предусмотренных пунктом 4 Постановления № 2571, а также указанных в разделе «Информация и документы, подтверждающие соответствие участников закупки дополнительным требованиям» приложения к Постановлению № 2571.</w:t>
      </w:r>
    </w:p>
    <w:p>
      <w:r>
        <w:t>Подпунктом «б» пункта 4 Правил взаимодействий установлено, что Оператор электронной площадки, оператор специализированной электронной площадки рассматривают информацию и документы, предусмотренные пунктами 2 и 3 Правилами взаимодействия, на наличие информации об участнике закупки (с учетом информации и документов, предусмотренных подпунктом «в» пункта 2 Правил взаимодействия) в таких информации и документах, за исключением случаев, если в соответствии с законодательством Российской Федерации указание такой информации не предусмотрено.</w:t>
      </w:r>
    </w:p>
    <w:p>
      <w:r>
        <w:t>В соответствии с частью 13 статьи 24.2 Закона о контрактной системе в течение пяти рабочих дней со дня, следующего за днем получения в соответствии с частями 12 и 12.1 статьи 24.2 Закона о контрактной системе информации и документов, оператор электронной площадки, оператор специализированной электронной площадки по каждому виду товаров, работ, услуг, в отношении которых участником закупки предоставлены такие информация и документы, принимает решение:</w:t>
      </w:r>
    </w:p>
    <w:p>
      <w:r>
        <w:t>1) о размещении таких информации и документов в Реестре, реестре участников закупок, аккредитованных на специализированной электронной площадке;</w:t>
      </w:r>
    </w:p>
    <w:p>
      <w:r>
        <w:t>2) об отказе в размещении таких информации и документов в Реестре, реестре участников закупок, аккредитованных на специализированной электронной площадке, в случае:</w:t>
      </w:r>
    </w:p>
    <w:p>
      <w:r>
        <w:t>а) несоответствия перечня, представленных информации и документов перечню, который установлен Правительством Российской Федерации в соответствии с частью 3 статьи 31 Закона о контрактной системе;</w:t>
      </w:r>
    </w:p>
    <w:p>
      <w:r>
        <w:t>б) нарушения порядка, установленного Правительством Российской Федерации в соответствии с частью 15 статьи 24.2 Закона о контрактной системе, при направлении таких информации и документов.</w:t>
      </w:r>
    </w:p>
    <w:p>
      <w:r>
        <w:t>Постановлением № 2571 установлены дополнительные требования к участникам закупок, в том числе к наличию опыта выполненных работ участниками закупки.</w:t>
      </w:r>
    </w:p>
    <w:p>
      <w:r>
        <w:t>Согласно позиции 17 приложения к Постановлению № 2571 при осуществлении закупок на выполнение работ по строительству, реконструкции, капитальному ремонту автомобильной дороги в соответствии с законодательством о градостроительной деятельности к участникам закупки предъявляются дополнительные требования у участника закупки одного из следующих видов опыта выполнения работ:</w:t>
      </w:r>
    </w:p>
    <w:p>
      <w:r>
        <w:t>1) опыт исполнения договора строительного подряда, предусматривающего выполнение работ по строительству, реконструкции автомобильной дороги;</w:t>
      </w:r>
    </w:p>
    <w:p>
      <w:r>
        <w:t>2) опыт исполнения договора, предусматривающего выполнение работ по капитальному ремонту автомобильной дороги;</w:t>
      </w:r>
    </w:p>
    <w:p>
      <w:r>
        <w:t>3) опыт выполнения участником закупки, являющимся застройщиком, работ по строительству, реконструкции, капитальному ремонту автомобильной дороги.</w:t>
      </w:r>
    </w:p>
    <w:p>
      <w:r>
        <w:t>При этом документами, подтверждающими соответствие участника закупки дополнительным требованиям в случае наличия опыта, предусмотренного пунктом 1 графой «Дополнительные требования к участникам закупки» позиции 17 приложения к Постановлению № 2571, являются:</w:t>
      </w:r>
    </w:p>
    <w:p>
      <w:r>
        <w:t>1) исполненный договор;</w:t>
      </w:r>
    </w:p>
    <w:p>
      <w:r>
        <w:t>2) акт приемки объекта капитального строительства, а также акт (акты) выполненных работ, подтверждающий (подтверждающие) цену выполненных работ, если акт приемки объекта капитального строительства не содержит цену выполненных работ;</w:t>
      </w:r>
    </w:p>
    <w:p>
      <w:r>
        <w:t>3) разрешение на ввод объекта капитального строительства в эксплуатацию (за исключением случая, если работы, являющиеся объектом закупки, не требуют в соответствии с законодательством о градостроительной деятельности выдачи разрешения на ввод объекта капитального строительства в эксплуатацию и при этом договор, предусмотренный абзацем вторым настоящей графы, предусматривает выполнение работ, не требующих в соответствии с указанным законодательством выдачи такого разрешения) или решение о технической готовности линейного объекта инфраструктуры к временной эксплуатации.</w:t>
      </w:r>
    </w:p>
    <w:p>
      <w:r>
        <w:t>В случае наличия опыта, предусмотренного пунктом 2 графы «Дополнительные требования к участникам закупки» позиции 17 приложения к Постановлению № 2571:</w:t>
      </w:r>
    </w:p>
    <w:p>
      <w:r>
        <w:t>1) исполненный договор;</w:t>
      </w:r>
    </w:p>
    <w:p>
      <w:r>
        <w:t>2) акт выполненных работ, подтверждающий цену выполненных работ.</w:t>
      </w:r>
    </w:p>
    <w:p>
      <w:r>
        <w:t>В случае наличия опыта, предусмотренного пунктом 3 графы «Дополнительные требования к участникам закупки» позиции 17 приложения к Постановлению № 2571:</w:t>
      </w:r>
    </w:p>
    <w:p>
      <w:r>
        <w:t>1) раздел «Смета на строительство, реконструкцию, капитальный ремонт, снос объекта капитального строительства» проектной документации;</w:t>
      </w:r>
    </w:p>
    <w:p>
      <w:r>
        <w:t>2) разрешение на ввод объекта капитального строительства в эксплуатацию или решение о технической готовности линейного объекта инфраструктуры к временной эксплуатации.</w:t>
      </w:r>
    </w:p>
    <w:p>
      <w:r>
        <w:t>В соответствии с пунктом 2 части 1 статьи 93 Закона о контрактной системе закупка у единственного поставщика (подрядчика, исполнителя) может осуществляться заказчиком в случае осуществления закупки товаров, работ, услуг у единственного поставщика (подрядчика, исполнителя), определенного указом или распоряжением Президента Российской Федерации, либо в случаях, установленных поручениями Президента Российской Федерации, у поставщика (подрядчика, исполнителя), определенного постановлением или распоряжением Правительства Российской Федерации. В таких правовых актах указываются предмет контракта, предельный срок, на который заключается контракт, обязанность единственного поставщика (подрядчика, исполнителя) исполнить свои обязательства по контракту лично или возможность привлечь к исполнению контракта субподрядчиков, соисполнителей и требование к объему исполнения единственным поставщиком (подрядчиком, исполнителем) своих обязательств по контракту лично, а также могут быть определены обязанность заказчика установить требование обеспечения исполнения контракта, условие о заключении контракта без использования единой информационной системы. При осуществлении закупки для обеспечения деятельности Президента Российской Федерации в таких указе или распоряжении Президента Российской Федерации может быть установлено условие о неразмещении на официальном сайте предусмотренной настоящим Федеральным законом информации, формируемой и размещаемой при осуществлении этой закупки. Порядок подготовки проектов таких правовых актов и поручений и перечень документов, прилагаемых при подготовке указанных проектов, включая обоснование цены контракта, предусмотренное статьей 22 Закона о контрактной системе, определяются нормативным правовым актом Президента Российской Федерации. Положения настоящего пункта не распространяются на случаи закупок товаров, работ, услуг, осуществляемых для муниципальных нужд</w:t>
      </w:r>
    </w:p>
    <w:p>
      <w:r>
        <w:t>Из довода жалобы Заявителя следует, что его права и законные интересы нарушены действиями Оператора электронной площадки, неправомерно отказавшего в размещении документов Заявителя в Реестре в связи с несоответствием Заявителя дополнительным требованиям к участникам закупки, предусмотренным в соответствии позицией 17 приложения к Постановлению № 2571.</w:t>
      </w:r>
    </w:p>
    <w:p>
      <w:r>
        <w:t>На заседании Комиссии установлено, что Заявителем в адрес Оператора электронной площадки для размещения в Реестре направлены следующие документы:</w:t>
      </w:r>
    </w:p>
    <w:p>
      <w:r>
        <w:t>- договор от 06.02.2024 № ДП-2024-008дсп на выполнение подрядных работ по объекту: «Капитальный ремонт автомобильной дороги Р-66, км 0+000 – км 22+600, АПП «Валуйки» – Троицкое» на сумму 2 314 312 032 руб. с приложениями (далее – Договор);</w:t>
      </w:r>
    </w:p>
    <w:p>
      <w:r>
        <w:t>- акты выполненных работ по форме № КС-3;</w:t>
      </w:r>
    </w:p>
    <w:p>
      <w:r>
        <w:t>- акт приемочной комиссии о готовности к приемке в эксплуатацию выполненных строительством (возведением), реконструкцией или капитальным ремонтом автомобильных дорог и дорожных сооружений от 25.12.2024.</w:t>
      </w:r>
    </w:p>
    <w:p>
      <w:r>
        <w:t>Представитель Оператора электронной площадки на заседании Комиссии сообщил, что Договор заключен и исполнен не в соответствии с Законом о контрактной системе и Федеральным законом от 18.07.2011 № 223-ФЗ «О закупках товаров, работ, услуг отдельными видами юридических лиц», в связи с чем Оператором электронной площадки принято решение об отказе Заявителю в размещении таких информации и документов в Реестре.</w:t>
      </w:r>
    </w:p>
    <w:p>
      <w:r>
        <w:t>Вместе с тем Комиссия, изучив представленные документы и сведения установила, что в Договор заключен в рамках исполнения распоряжения Правительства Российской Федерации от 21.04.2023 № 1019-р.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Договор заключен в соответствии с пунктом 2 части 1 статьи 93 Закона о контрактной системе.</w:t>
      </w:r>
    </w:p>
    <w:p>
      <w:r>
        <w:t>Таким образом, Комиссия приходит к выводу, что действия Оператора электронной площадки, неправомерно отказавшего Заявителю в размещении документов в реестре участников закупок, аккредитованных на сайте Оператора электронной площадки, подтверждающих соответствие Заявителя дополнительным требованиям, предусмотренным позицией 17 приложения к Постановлению № 2571, нарушают часть 13 статьи 24.2 Закона о контрактной системе и содержат признаки состава административного правонарушения, предусмотренного частью 1 статьи 7.30.6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«МАГИСТРАЛЬ» обоснованной.</w:t>
      </w:r>
    </w:p>
    <w:p>
      <w:r>
        <w:t>2. Признать в действиях Оператора электронной площадки нарушение части 13 статьи 24.2 Закона о контрактной системе.</w:t>
      </w:r>
    </w:p>
    <w:p>
      <w:r>
        <w:t>3. Выдать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материалы от 03.06.2026 по делу № 28/06/105-1967/2026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с даты его принятия.</w:t>
      </w:r>
    </w:p>
    <w:p>
      <w:r>
        <w:t>5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28/06/105-1967/2026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03.06.2026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r>
        <w:t>на основании решения от 03.06.2026 по делу № 28/06/105-1967/2026, принятого Комиссией по итогам рассмотрения посредством системы видео-конференц-связи жалобы ООО «МАГИСТРАЛЬ» (далее – Заявитель) на действия ООО «РТС-тендер» (далее – Оператор электронной площадки) при размещении информации и документов, включаемых в реестр участников закупки, аккредитованных на сайте Оператора электронной площадки (далее – Реестр) и в результате осуществления внеплановой проверки в части действий Оператора электронной площадки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устранить выявленное нарушение в соответствии с требованиями законодательства Российской Федерации о контрактной системе в сфере закупок и с учетом решения от 03.06.2026 по делу № 28/06/105-1967/2026.</w:t>
      </w:r>
    </w:p>
    <w:p>
      <w:r>
        <w:t>Оператору электронной площадки в срок до 22.06.2026 исполнить настоящее предписание и представить в ФАС России подтверждение исполнения настоящего предписания по электронной почте osokina@fas.gov.ru.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