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202600114959005759</w:t>
      </w:r>
    </w:p>
    <w:p>
      <w:r>
        <w:rPr>
          <w:b/>
        </w:rPr>
        <w:t xml:space="preserve">УФАС: </w:t>
      </w:r>
      <w:r>
        <w:t>УФАС по Санкт-Петербургу</w:t>
      </w:r>
    </w:p>
    <w:p>
      <w:r>
        <w:rPr>
          <w:b/>
        </w:rPr>
        <w:t xml:space="preserve">Дата решения: </w:t>
      </w:r>
      <w:r>
        <w:t>15.05.2026</w:t>
      </w:r>
    </w:p>
    <w:p>
      <w:r>
        <w:rPr>
          <w:b/>
        </w:rPr>
        <w:t xml:space="preserve">Исход: </w:t>
      </w:r>
      <w:r>
        <w:t>обоснована</w:t>
      </w:r>
    </w:p>
    <w:p>
      <w:r>
        <w:rPr>
          <w:b/>
        </w:rPr>
        <w:t xml:space="preserve">Закупка №: </w:t>
      </w:r>
      <w:r>
        <w:t>0172200000726000161</w:t>
      </w:r>
    </w:p>
    <w:p>
      <w:r>
        <w:rPr>
          <w:b/>
        </w:rPr>
        <w:t xml:space="preserve">Заказчик: </w:t>
      </w:r>
      <w:r>
        <w:t>Санкт-Петербургское государственное бюджетное учреждение «Центр социальной помощи семье и детям Красногвардейского района»</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https://zakupki.gov.ru/epz/complaint/card/complaint-information.html?complaintNumber=202600114959005759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«Центр социальной помощи семье и детям Красногвардейского района»</w:t>
              <w:br/>
              <w:t>ул. Большая Пороховская, д. 22, лит. А,</w:t>
              <w:br/>
              <w:t>Санкт-Петербург, 195176</w:t>
              <w:br/>
              <w:t>ИП Мельничкин Евгений Владимирович</w:t>
              <w:br/>
              <w:t>ул. Рабочая, д. 59, кв. 4, г. Петухово,</w:t>
              <w:br/>
              <w:t>Петуховский р-н, Курганская обл., 641641</w:t>
            </w:r>
          </w:p>
        </w:tc>
      </w:tr>
    </w:tbl>
    <w:p>
      <w:r>
        <w:t>РЕШЕНИЕ</w:t>
      </w:r>
    </w:p>
    <w:p>
      <w:r>
        <w:t>по делу № 078/06/105-2026/2026</w:t>
      </w:r>
    </w:p>
    <w:p>
      <w:r>
        <w:t>о нарушении законодательства о контрактной системе</w:t>
      </w:r>
    </w:p>
    <w:p>
      <w:r>
        <w:t>15.05.2026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10646/26 от 12.05.2026) на действия Заказчика при определении (подрядчика, исполнителя) путем проведения открытого конкурса в электронной форме на выполнение работ по капитальному ремонту помещения СПб ГБУ «ЦСПСД Красногвардейского района», расположенного по адресу: Санкт-Петербург, ул. Якорная, д. 3, лит. А, пом. 18-Н для нужд Санкт-Петербурга в 2026 году (извещение номер 0172200000726000161)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23.04.2025 на Официальном сайте Единой информационной системы в сфере закупок www.zakupki.gov.ru, номер извещения 0172200000726000161. Начальная (максимальная) цена контракта – 4 855 850,69 рублей.</w:t>
      </w:r>
    </w:p>
    <w:p>
      <w:r>
        <w:t>В жалобе Заявитель указывает на неправомерные действия Заказчика, выразившиеся, по мнению Заявителя, в незаконном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капитальному ремонту.</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Согласно ч. 4 ст. 31 Закона о контрактной системе в случае установления Правительством Российской Федерации в соответствии с ч.ч. 2 и 2.1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Пунктом 3 Постановления № 2571 установлено, что 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Начальная (максимальная) цена контракта составляет 4 855 850,69 рублей, при этом извещением предусмотрены дополнительные требования к участникам закупки, следовательно, доводы жалобы являются обоснованными, а в действиях Заказчика усматривается нарушение ч. 6 ст. 31 Закона о контрактной системе.</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