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202600187298003638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Опубликовано в ЕИС 02.06.2026 · в тексте решения — 05.06.2026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0348300232026000154</w:t>
      </w:r>
    </w:p>
    <w:p>
      <w:r>
        <w:rPr>
          <w:b/>
        </w:rPr>
        <w:t xml:space="preserve">Заказчик: </w:t>
      </w:r>
      <w:r>
        <w:t>ГБУЗ Московской области «Лобненская больница»</w:t>
      </w:r>
    </w:p>
    <w:p>
      <w:r>
        <w:rPr>
          <w:b/>
        </w:rPr>
        <w:t xml:space="preserve">Заявитель: </w:t>
      </w:r>
      <w:r>
        <w:t>ООО «Тульская региональная тендерная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https://zakupki.gov.ru/epz/complaint/card/complaint-information.html?complaintNumber=202600187298003638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«Лобненская больница»</w:t>
      </w:r>
    </w:p>
    <w:p>
      <w:r>
        <w:t>lcgb-zakupki@yandex.ru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«Тульская региональная тендерная</w:t>
      </w:r>
    </w:p>
    <w:p>
      <w:r>
        <w:t>компания»</w:t>
      </w:r>
    </w:p>
    <w:p>
      <w:r>
        <w:t>ignatev-o@yandex.ru</w:t>
      </w:r>
    </w:p>
    <w:p>
      <w:r>
        <w:t>РЕШЕНИЕ</w:t>
      </w:r>
    </w:p>
    <w:p>
      <w:r>
        <w:t>по делу № 050/06/105-17841/2026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05.06.2026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«Лобненская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запроса котировок в электронной форме на поставку расходных материалов для КДЛ (для биохимического анализатора Beckman Coulter AU) лот 116 для нужд ГБУЗ Московской области «Лобненская больница» 2026 г. (извещение № 0348300232026000154 на официальном сайте Единой информационной системы в сфере закупок – www.zakupki.gov.ru (далее – Официальный сайт)) (далее – Запрос котировок)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Запроса котировок.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Запроса котировок.</w:t>
      </w:r>
    </w:p>
    <w:p>
      <w:r>
        <w:t>В соответствии с извещением о проведении Запроса котировок, протоколами, составленными при определении поставщика (подрядчика, исполнителя):</w:t>
      </w:r>
    </w:p>
    <w:p>
      <w:r>
        <w:t>1) извещение о проведении Запроса котировок размещено – 24.05.2026;</w:t>
      </w:r>
    </w:p>
    <w:p>
      <w:r>
        <w:t>2) начальная (максимальная) цена контракта – 1 500 000,00 рублей;</w:t>
      </w:r>
    </w:p>
    <w:p>
      <w:r>
        <w:t>3) дата окончания подачи заявок – 29.05.2026;</w:t>
      </w:r>
    </w:p>
    <w:p>
      <w:r>
        <w:t>Согласно доводу жалобы Заявителя, Заказчиком в нарушение норм Закона о контрактной системе в извещении о проведении Запроса котировок не установлены ограничения 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№1875).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извещением о проведении Запроса котировок предметом закупки является поставка расходных материалов для КДЛ (для биохимического анализатора Beckman Coulter AU) лот 116 для нужд ГБУЗ Московской области «Лобненская больница» 2026 г.</w:t>
      </w:r>
    </w:p>
    <w:p>
      <w:r>
        <w:t>Заказчиком в извещении о проведении Запроса котировок установлено преимущество в отношении товаров российского происхождения, выполняемых работ, оказываемых услуг российскими лицами в соответствии с Постановлением № 1875.</w:t>
      </w:r>
    </w:p>
    <w:p>
      <w:r>
        <w:t>Согласно сведениям, размещенным на Официальном сайте, Заказчиком закупается товар по позиции 1 «Магний (Mg2+) ИВД, набор, спектрофотометрический анализ» с кодом позиции КТРУ 21.20.23.110-00011196, относящийся к коду ОКПД2 21.20.23.110: Реагенты диагностические.</w:t>
      </w:r>
    </w:p>
    <w:p>
      <w:r>
        <w:t>На заседании Комиссии установлено, что код ОКПД2 21.20.23.110: Реагенты диагностические, выбранный для описания закупаемого медицинского изделия входит в Приложение № 2 к Постановлению № 1875.</w:t>
      </w:r>
    </w:p>
    <w:p>
      <w:r>
        <w:t>Вместе с тем, согласно пунктам 368 и 372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отношении товара «Магний (Mg2+) ИВД, набор, спектрофотометрический анализ» с кодом ОКПД2 21.20.23.110: Реагенты диагностические, соответствующих коду 21.20.23.110 по Общероссийскому классификатору продукции по видам экономической деятельности «Наборы биохимических реагентов для определения ферментов» и «Наборы биохимических реагентов для определения субстратов; наборы реагентов для определения групп крови и резус-фактора; наборы реагентов для фенотипирования крови человека по групповым системам резус, Келл и Кидд», в которые входит код ОКПД2 21.20.23.110: Реагенты диагностические.</w:t>
      </w:r>
    </w:p>
    <w:p>
      <w:r>
        <w:t>Комиссия отмечает, что в соответствии с подпунктом «д» пункта 4 Постановления № 1875 установлено, что позиции приложения №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</w:t>
      </w:r>
    </w:p>
    <w:p>
      <w:r>
        <w:t>Таким образом, соответствующая «защитная» мера распространяется на всю указанную в позиции перечней № 1 - № 3 группу товаров, работ, услуг по ОКПД 2, то есть на все товары, работы, услуги, включенные в указанную в соответствующей позиции перечней № 1 - № 3 группировку по ОКПД 2.</w:t>
      </w:r>
    </w:p>
    <w:p>
      <w:r>
        <w:t>При этом, Заказчиком в извещении о проведении Запроса котировок ограничения товаров, происходящих из иностранных государств, предусмотренные Постановлением № 1875 не установлены.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Запроса котировок ограничения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На основании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«Тульская региональная тендерная компания» обоснованной.</w:t>
      </w:r>
    </w:p>
    <w:p>
      <w:r>
        <w:t>Признать в действиях Заказчика нарушение пункта 2 части 2 статьи 14 Закона о контрактной системе.</w:t>
      </w:r>
    </w:p>
    <w:p>
      <w:r>
        <w:t>Заказчику, Закупочной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05.06.2026 № 050/06/105-17841/2026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5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«Лобненская больница»</w:t>
      </w:r>
    </w:p>
    <w:p>
      <w:r>
        <w:t>lcgb-zakupki@yandex.ru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«Тульская региональная тендерная</w:t>
      </w:r>
    </w:p>
    <w:p>
      <w:r>
        <w:t>компания»</w:t>
      </w:r>
    </w:p>
    <w:p>
      <w:r>
        <w:t>ignatev-o@yandex.ru</w:t>
      </w:r>
    </w:p>
    <w:p>
      <w:r>
        <w:t>ПРЕДПИСАНИЕ</w:t>
      </w:r>
    </w:p>
    <w:p>
      <w:r>
        <w:t>по делу № 050/06/105-17841/2026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05.06.2026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05.06.2026 № 050/06/105-17841/2026, принятого Комиссией по итогам рассмотрения жалобы ООО «Тульская региональная тендерная компания» (далее – Заявитель) на действия (бездействие) Государственного бюджетного учреждения здравоохранения Московской области «Лобненская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запроса котировок в электронной форме на поставку расходных материалов для КДЛ (для биохимического анализатора Beckman Coulter AU) лот 116 для нужд ГБУЗ Московской области «Лобненская больница» 2026 г. (извещение № 0348300232026000154 на официальном сайте Единой информационной системы в сфере закупок – www.zakupki.gov.ru (далее – Официальный сайт)) (далее – Запрос котировок)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в части доводов обращения Заявителя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Закупочной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Запросе котировок, об отмене Протоколов, составленных при осуществлении закупки, о прекращении действия заявок, поданных на участие в Запросе котировок;</w:t>
      </w:r>
    </w:p>
    <w:p>
      <w:r>
        <w:t>- прекратить блокирование операций по счетам для проведения операций по обеспечению участия в Запросе котировок в электронной форме, открытых участникам закупки, подавшим заявки на участие в Запросе котировок, в отношении денежных средств в размере обеспечения заявки на участие в Запросе котировок.</w:t>
      </w:r>
    </w:p>
    <w:p>
      <w:r>
        <w:t>3. Заказчику:</w:t>
      </w:r>
    </w:p>
    <w:p>
      <w:r>
        <w:t>- привести извещение о проведении Запроса котировок в соответствие с требованиями законодательства Российской Федерации о контрактной системе в сфере закупок и с учетом решения от 05.06.2026 № 050/06/105-17841/2026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Запросе котировок, дату подведения итогов, дату проведения Запроса котировок, а также разместить на Официальном сайте информацию о новой дате окончания срока подачи заявок на участие в Запросе котировок, дате проведения Запросе котировок и дате подведения итогов. При этом дата окончания срока подачи заявок на участие в Запросе котировок должна быть назначена не ранее чем через 7 дней со дня размещения на Официальном сайте соответствующей извещению о проведении Запроса котировок.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Запроса котировок и разместить на электронной площадке информацию о времени проведения Запроса котировок;</w:t>
      </w:r>
    </w:p>
    <w:p>
      <w:r>
        <w:t>- уведомить участников закупки, подавших заявки на участие в Запросе котировок, о новой дате окончания срока подачи заявок на участие в Запросе котировок, дате и времени проведения Запроса котировок, дате подведения итогов Запросе котировок, а также о возможности подать новые заявки на участие в Запросе котировок.</w:t>
      </w:r>
    </w:p>
    <w:p>
      <w:r>
        <w:t>5. Заказчику, Закупочной комиссии, Оператору электронной площадки осуществить дальнейшее проведение процедур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05.06.2026 № 050/06/105-17841/2026.</w:t>
      </w:r>
    </w:p>
    <w:p>
      <w:r>
        <w:t>6. Заказчику, Закупочной комиссии, Оператору электронной площадки в срок до 22.06.2026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